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2240"/>
        </w:rPr>
        <w:t>Jog-a-Thon Pledge Sheet</w:t>
      </w:r>
    </w:p>
    <w:p>
      <w:r>
        <w:t>Event: ____________   Date: ________   Rain date: ________</w:t>
      </w:r>
    </w:p>
    <w:p>
      <w:r>
        <w:t>Our goal pays for: ________________________________</w:t>
      </w:r>
    </w:p>
    <w:p>
      <w:r>
        <w:t>Runner's name: ________________   Teacher / class: ____________   My lap goal: ______</w:t>
      </w:r>
    </w:p>
    <w:p>
      <w:r>
        <w:rPr>
          <w:sz w:val="18"/>
        </w:rPr>
        <w:t>How pledging works. Give a flat amount, or pledge per lap: you pay your per-lap amount x the laps your runner completes, never more than your cap. Suggested: $____ per lap. If you leave the cap blank, a cap of $____ applies. Each lap is ________; most runners finish ____ to ____ laps. Per-lap totals are sent after the event.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43"/>
        <w:gridCol w:w="1543"/>
        <w:gridCol w:w="1543"/>
        <w:gridCol w:w="1543"/>
        <w:gridCol w:w="1543"/>
        <w:gridCol w:w="1543"/>
        <w:gridCol w:w="1543"/>
      </w:tblGrid>
      <w:tr>
        <w:tc>
          <w:tcPr>
            <w:tcW w:type="dxa" w:w="1543"/>
          </w:tcPr>
          <w:p>
            <w:r>
              <w:rPr>
                <w:b/>
                <w:sz w:val="17"/>
              </w:rPr>
              <w:t>Donor name</w:t>
            </w:r>
          </w:p>
        </w:tc>
        <w:tc>
          <w:tcPr>
            <w:tcW w:type="dxa" w:w="1543"/>
          </w:tcPr>
          <w:p>
            <w:r>
              <w:rPr>
                <w:b/>
                <w:sz w:val="17"/>
              </w:rPr>
              <w:t>Email or phone</w:t>
            </w:r>
          </w:p>
        </w:tc>
        <w:tc>
          <w:tcPr>
            <w:tcW w:type="dxa" w:w="1543"/>
          </w:tcPr>
          <w:p>
            <w:r>
              <w:rPr>
                <w:b/>
                <w:sz w:val="17"/>
              </w:rPr>
              <w:t>$ per lap</w:t>
            </w:r>
          </w:p>
        </w:tc>
        <w:tc>
          <w:tcPr>
            <w:tcW w:type="dxa" w:w="1543"/>
          </w:tcPr>
          <w:p>
            <w:r>
              <w:rPr>
                <w:b/>
                <w:sz w:val="17"/>
              </w:rPr>
              <w:t>Cap $</w:t>
            </w:r>
          </w:p>
        </w:tc>
        <w:tc>
          <w:tcPr>
            <w:tcW w:type="dxa" w:w="1543"/>
          </w:tcPr>
          <w:p>
            <w:r>
              <w:rPr>
                <w:b/>
                <w:sz w:val="17"/>
              </w:rPr>
              <w:t>Flat $</w:t>
            </w:r>
          </w:p>
        </w:tc>
        <w:tc>
          <w:tcPr>
            <w:tcW w:type="dxa" w:w="1543"/>
          </w:tcPr>
          <w:p>
            <w:r>
              <w:rPr>
                <w:b/>
                <w:sz w:val="17"/>
              </w:rPr>
              <w:t>Paid? (cash/check/online)</w:t>
            </w:r>
          </w:p>
        </w:tc>
        <w:tc>
          <w:tcPr>
            <w:tcW w:type="dxa" w:w="1543"/>
          </w:tcPr>
          <w:p>
            <w:r>
              <w:rPr>
                <w:b/>
                <w:sz w:val="17"/>
              </w:rPr>
              <w:t>Total due</w:t>
            </w:r>
          </w:p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</w:tbl>
    <w:p/>
    <w:p>
      <w:r>
        <w:t>Laps completed: ________   Total pledged $: ________   Total collected $: ________</w:t>
      </w:r>
    </w:p>
    <w:p>
      <w:r>
        <w:rPr>
          <w:b/>
        </w:rPr>
        <w:t>Return this sheet by (date and place): ____________________</w:t>
      </w:r>
    </w:p>
    <w:p>
      <w:r>
        <w:rPr>
          <w:b/>
        </w:rPr>
        <w:t>Make checks payable to: ____________________</w:t>
      </w:r>
    </w:p>
    <w:p>
      <w:r>
        <w:rPr>
          <w:sz w:val="17"/>
        </w:rPr>
        <w:t>Never write card numbers on this sheet. One contact per donor is enough. Thank you for supporting our school!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Jog-a-Thon Pledge Sheet</dc:title>
  <dc:subject/>
  <dc:creator>Walk-A-Thon.com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