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Hoja de Promesas del Jog-a-Thon</w:t>
      </w:r>
    </w:p>
    <w:p>
      <w:r>
        <w:t>Evento: ____________   Fecha: ________   Fecha de lluvia: ________</w:t>
      </w:r>
    </w:p>
    <w:p>
      <w:r>
        <w:t>Nuestra meta financia: ________________________________</w:t>
      </w:r>
    </w:p>
    <w:p>
      <w:r>
        <w:t>Nombre del corredor: ________________   Maestro(a) / clase: ____________   Mi meta de vueltas: ______</w:t>
      </w:r>
    </w:p>
    <w:p>
      <w:r>
        <w:rPr>
          <w:sz w:val="18"/>
        </w:rPr>
        <w:t>Cómo funcionan las promesas. Puede dar una cantidad fija o prometer por vuelta: paga su cantidad por vuelta x las vueltas que complete el corredor, nunca más que su límite. Sugerido: $____ por vuelta. Si deja el límite en blanco, se aplica un límite de $____. Cada vuelta mide ________; la mayoría completa entre ____ y ____ vueltas. El total por vueltas se envía después del evento.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43"/>
        <w:gridCol w:w="1543"/>
        <w:gridCol w:w="1543"/>
        <w:gridCol w:w="1543"/>
        <w:gridCol w:w="1543"/>
        <w:gridCol w:w="1543"/>
        <w:gridCol w:w="1543"/>
      </w:tblGrid>
      <w:tr>
        <w:tc>
          <w:tcPr>
            <w:tcW w:type="dxa" w:w="1543"/>
          </w:tcPr>
          <w:p>
            <w:r>
              <w:rPr>
                <w:b/>
                <w:sz w:val="17"/>
              </w:rPr>
              <w:t>Nombre del donante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Correo o teléfono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$ por vuelta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Límite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Fijo $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¿Pagado? (efectivo/cheque/en línea)</w:t>
            </w:r>
          </w:p>
        </w:tc>
        <w:tc>
          <w:tcPr>
            <w:tcW w:type="dxa" w:w="1543"/>
          </w:tcPr>
          <w:p>
            <w:r>
              <w:rPr>
                <w:b/>
                <w:sz w:val="17"/>
              </w:rPr>
              <w:t>Total a pagar</w:t>
            </w:r>
          </w:p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  <w:tr>
        <w:trPr>
          <w:trHeight w:val="432"/>
        </w:trPr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  <w:tc>
          <w:tcPr>
            <w:tcW w:type="dxa" w:w="1543"/>
          </w:tcPr>
          <w:p/>
        </w:tc>
      </w:tr>
    </w:tbl>
    <w:p/>
    <w:p>
      <w:r>
        <w:t>Vueltas completadas: ________   Total prometido $: ________   Total recaudado $: ________</w:t>
      </w:r>
    </w:p>
    <w:p>
      <w:r>
        <w:rPr>
          <w:b/>
        </w:rPr>
        <w:t>Devuelva esta hoja antes de (fecha y lugar): ____________________</w:t>
      </w:r>
    </w:p>
    <w:p>
      <w:r>
        <w:rPr>
          <w:b/>
        </w:rPr>
        <w:t>Cheques a nombre de: ____________________</w:t>
      </w:r>
    </w:p>
    <w:p>
      <w:r>
        <w:rPr>
          <w:sz w:val="17"/>
        </w:rPr>
        <w:t>Nunca escriba números de tarjeta en esta hoja. Basta un dato de contacto por donante. ¡Gracias por apoyar a nuestra escuela!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Promesas del Jog-a-Thon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