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2240"/>
        </w:rPr>
        <w:t>Jog-a-Thon Planning Checklist</w:t>
      </w:r>
    </w:p>
    <w:p>
      <w:pPr>
        <w:pStyle w:val="Heading2"/>
      </w:pPr>
      <w:r>
        <w:t>Approval and team (8 weeks out)</w:t>
      </w:r>
    </w:p>
    <w:p>
      <w:r>
        <w:t>☐ Principal approves date, time window and site</w:t>
      </w:r>
    </w:p>
    <w:p>
      <w:r>
        <w:t>☐ Rain date or heat date chosen</w:t>
      </w:r>
    </w:p>
    <w:p>
      <w:r>
        <w:t>☐ PE teacher agrees to heat schedule and pacing practice</w:t>
      </w:r>
    </w:p>
    <w:p>
      <w:r>
        <w:t>☐ Chair named; leads named for course and counting, volunteers, communications, treasurer, safety</w:t>
      </w:r>
    </w:p>
    <w:p>
      <w:r>
        <w:t>☐ One-page event charter filled in and initialed</w:t>
      </w:r>
    </w:p>
    <w:p>
      <w:r>
        <w:t>☐ District or PTA rules checked for outdoor events, insurance and handling money</w:t>
      </w:r>
    </w:p>
    <w:p>
      <w:r>
        <w:t>☐ Shared folder created for the roster, budget and lap spreadsheet</w:t>
      </w:r>
    </w:p>
    <w:p>
      <w:pPr>
        <w:pStyle w:val="Heading2"/>
      </w:pPr>
      <w:r>
        <w:t>Goal, budget and pledges (7 weeks out)</w:t>
      </w:r>
    </w:p>
    <w:p>
      <w:r>
        <w:t>☐ Net goal set and tied to a specific purchase or program</w:t>
      </w:r>
    </w:p>
    <w:p>
      <w:r>
        <w:t>☐ Expense list drafted (shirts, printing, cones, water, prizes, fees)</w:t>
      </w:r>
    </w:p>
    <w:p>
      <w:r>
        <w:t>☐ Goal worked backward with the per-lap pledge planner</w:t>
      </w:r>
    </w:p>
    <w:p>
      <w:r>
        <w:t>☐ Pledge model chosen: capped per-lap, flat, or both</w:t>
      </w:r>
    </w:p>
    <w:p>
      <w:r>
        <w:t>☐ Per-lap cap amount written into the charter</w:t>
      </w:r>
    </w:p>
    <w:p>
      <w:r>
        <w:t>☐ Payment methods decided (cash, check, online) and who handles each</w:t>
      </w:r>
    </w:p>
    <w:p>
      <w:r>
        <w:t>☐ Due date for pledges set (about two weeks after the event)</w:t>
      </w:r>
    </w:p>
    <w:p>
      <w:pPr>
        <w:pStyle w:val="Heading2"/>
      </w:pPr>
      <w:r>
        <w:t>Course and schedule (6 weeks out)</w:t>
      </w:r>
    </w:p>
    <w:p>
      <w:r>
        <w:t>☐ Site chosen and loop measured (see course setup)</w:t>
      </w:r>
    </w:p>
    <w:p>
      <w:r>
        <w:t>☐ Lane rule set: walkers inside, passing on the outside</w:t>
      </w:r>
    </w:p>
    <w:p>
      <w:r>
        <w:t>☐ Checkpoint location and number of counting lanes decided</w:t>
      </w:r>
    </w:p>
    <w:p>
      <w:r>
        <w:t>☐ Counting method chosen (see lap counting)</w:t>
      </w:r>
    </w:p>
    <w:p>
      <w:r>
        <w:t>☐ Counters needed per heat calculated, plus one backup</w:t>
      </w:r>
    </w:p>
    <w:p>
      <w:r>
        <w:t>☐ Heat schedule drafted by grade (see the event-day schedule and wave planner)</w:t>
      </w:r>
    </w:p>
    <w:p>
      <w:r>
        <w:t>☐ Indoor or rainy-day backup plan written</w:t>
      </w:r>
    </w:p>
    <w:p>
      <w:pPr>
        <w:pStyle w:val="Heading2"/>
      </w:pPr>
      <w:r>
        <w:t>Safety (5 weeks out)</w:t>
      </w:r>
    </w:p>
    <w:p>
      <w:r>
        <w:t>☐ Safety plan reviewed with the school nurse (see the safety plan)</w:t>
      </w:r>
    </w:p>
    <w:p>
      <w:r>
        <w:t>☐ Weather and heat decision makers named</w:t>
      </w:r>
    </w:p>
    <w:p>
      <w:r>
        <w:t>☐ Water and shade locations marked on the course map</w:t>
      </w:r>
    </w:p>
    <w:p>
      <w:r>
        <w:t>☐ First-aid post staffed; AED location confirmed</w:t>
      </w:r>
    </w:p>
    <w:p>
      <w:r>
        <w:t>☐ Process for families to share medical needs through the nurse</w:t>
      </w:r>
    </w:p>
    <w:p>
      <w:r>
        <w:t>☐ Lost-child and release procedure set</w:t>
      </w:r>
    </w:p>
    <w:p>
      <w:r>
        <w:t>☐ Accessible route and participation options confirmed for students who use mobility devices or can't run</w:t>
      </w:r>
    </w:p>
    <w:p>
      <w:pPr>
        <w:pStyle w:val="Heading2"/>
      </w:pPr>
      <w:r>
        <w:t>Communications and kickoff (4 to 3 weeks out)</w:t>
      </w:r>
    </w:p>
    <w:p>
      <w:r>
        <w:t>☐ Family letter written (see letter templates)</w:t>
      </w:r>
    </w:p>
    <w:p>
      <w:r>
        <w:t>☐ Pledge sheets and lap cards printed from the printable pledge sheet</w:t>
      </w:r>
    </w:p>
    <w:p>
      <w:r>
        <w:t>☐ Online donation page set up and tested, if used</w:t>
      </w:r>
    </w:p>
    <w:p>
      <w:r>
        <w:t>☐ Kickoff assembly scheduled (see the kickoff guide)</w:t>
      </w:r>
    </w:p>
    <w:p>
      <w:r>
        <w:t>☐ Packets sent home the day of kickoff</w:t>
      </w:r>
    </w:p>
    <w:p>
      <w:r>
        <w:t>☐ Prize tiers announced (see prize ideas)</w:t>
      </w:r>
    </w:p>
    <w:p>
      <w:r>
        <w:t>☐ Weekly progress update scheduled for each Friday until the event</w:t>
      </w:r>
    </w:p>
    <w:p>
      <w:pPr>
        <w:pStyle w:val="Heading2"/>
      </w:pPr>
      <w:r>
        <w:t>Volunteers (4 to 1 weeks out)</w:t>
      </w:r>
    </w:p>
    <w:p>
      <w:r>
        <w:t>☐ Roles and counts set (see the volunteer guide)</w:t>
      </w:r>
    </w:p>
    <w:p>
      <w:r>
        <w:t>☐ Volunteer request sent with specific shifts</w:t>
      </w:r>
    </w:p>
    <w:p>
      <w:r>
        <w:t>☐ Background check or visitor rules checked with the school office</w:t>
      </w:r>
    </w:p>
    <w:p>
      <w:r>
        <w:t>☐ Counters, marshals, water, first aid and data-entry shifts filled</w:t>
      </w:r>
    </w:p>
    <w:p>
      <w:r>
        <w:t>☐ Job cards printed for each post</w:t>
      </w:r>
    </w:p>
    <w:p>
      <w:r>
        <w:t>☐ Ten-minute counter training scheduled before the first heat</w:t>
      </w:r>
    </w:p>
    <w:p>
      <w:pPr>
        <w:pStyle w:val="Heading2"/>
      </w:pPr>
      <w:r>
        <w:t>Rehearsal and final week</w:t>
      </w:r>
    </w:p>
    <w:p>
      <w:r>
        <w:t>☐ Pacing practice held in PE: start easy, walk when needed, keep moving</w:t>
      </w:r>
    </w:p>
    <w:p>
      <w:r>
        <w:t>☐ Counting rehearsal with crossings timed</w:t>
      </w:r>
    </w:p>
    <w:p>
      <w:r>
        <w:t>☐ Volunteer roster confirmed by message</w:t>
      </w:r>
    </w:p>
    <w:p>
      <w:r>
        <w:t>☐ Heat outlook and forecast checked</w:t>
      </w:r>
    </w:p>
    <w:p>
      <w:r>
        <w:t>☐ Family reminder sent: shoes, water bottle, sunscreen, light clothing</w:t>
      </w:r>
    </w:p>
    <w:p>
      <w:r>
        <w:t>☐ Labeled envelopes ready for lap cards by class</w:t>
      </w:r>
    </w:p>
    <w:p>
      <w:r>
        <w:t>☐ Sound system and playlist tested</w:t>
      </w:r>
    </w:p>
    <w:p>
      <w:pPr>
        <w:pStyle w:val="Heading2"/>
      </w:pPr>
      <w:r>
        <w:t>Event day</w:t>
      </w:r>
    </w:p>
    <w:p>
      <w:r>
        <w:t>☐ Course coned and flagged; lanes marked</w:t>
      </w:r>
    </w:p>
    <w:p>
      <w:r>
        <w:t>☐ Water, shade and first aid in place</w:t>
      </w:r>
    </w:p>
    <w:p>
      <w:r>
        <w:t>☐ Volunteers briefed and at posts</w:t>
      </w:r>
    </w:p>
    <w:p>
      <w:r>
        <w:t>☐ Each heat started on time with a 10-minute gap between heats</w:t>
      </w:r>
    </w:p>
    <w:p>
      <w:r>
        <w:t>☐ Lap cards collected by class after each heat, never sent home</w:t>
      </w:r>
    </w:p>
    <w:p>
      <w:r>
        <w:t>☐ Laps entered into the spreadsheet before the data team leaves</w:t>
      </w:r>
    </w:p>
    <w:p>
      <w:r>
        <w:t>☐ Course cleared and equipment returned</w:t>
      </w:r>
    </w:p>
    <w:p>
      <w:pPr>
        <w:pStyle w:val="Heading2"/>
      </w:pPr>
      <w:r>
        <w:t>After the event (1 to 3 weeks)</w:t>
      </w:r>
    </w:p>
    <w:p>
      <w:r>
        <w:t>☐ Donor statements sent within 48 hours with the cap applied (see collecting pledges)</w:t>
      </w:r>
    </w:p>
    <w:p>
      <w:r>
        <w:t>☐ Reminder at one week; final reminder at two weeks</w:t>
      </w:r>
    </w:p>
    <w:p>
      <w:r>
        <w:t>☐ Cash and checks counted by two people and the count sheet signed</w:t>
      </w:r>
    </w:p>
    <w:p>
      <w:r>
        <w:t>☐ Online payments reconciled against the pledge list</w:t>
      </w:r>
    </w:p>
    <w:p>
      <w:r>
        <w:t>☐ Deposit made to the school or PTA account</w:t>
      </w:r>
    </w:p>
    <w:p>
      <w:r>
        <w:t>☐ Receipts sent where required (see receipts and taxes)</w:t>
      </w:r>
    </w:p>
    <w:p>
      <w:r>
        <w:t>☐ Results note sent to families and staff</w:t>
      </w:r>
    </w:p>
    <w:p>
      <w:r>
        <w:t>☐ Volunteers thanked by name</w:t>
      </w:r>
    </w:p>
    <w:p>
      <w:r>
        <w:t>☐ Debrief held and notes saved for next year</w:t>
      </w:r>
    </w:p>
    <w:p>
      <w:pPr>
        <w:pStyle w:val="Heading2"/>
      </w:pPr>
      <w:r>
        <w:t>Jog-a-thon supply list</w:t>
      </w:r>
    </w:p>
    <w:p>
      <w:r>
        <w:t>☐ Cones for the full loop plus extras for counting lanes</w:t>
      </w:r>
    </w:p>
    <w:p>
      <w:r>
        <w:t>☐ Flags or stakes for turns and the start line</w:t>
      </w:r>
    </w:p>
    <w:p>
      <w:r>
        <w:t>☐ Measuring wheel or a borrowed track measurement</w:t>
      </w:r>
    </w:p>
    <w:p>
      <w:r>
        <w:t>☐ Lap cards (one per runner plus 10% spares) and hole punches or markers for counters</w:t>
      </w:r>
    </w:p>
    <w:p>
      <w:r>
        <w:t>☐ Clipboards, pens and class rosters for each counting lane</w:t>
      </w:r>
    </w:p>
    <w:p>
      <w:r>
        <w:t>☐ Labeled envelopes or bins for lap cards by class</w:t>
      </w:r>
    </w:p>
    <w:p>
      <w:r>
        <w:t>☐ Water coolers, cups, and a trash and recycling station</w:t>
      </w:r>
    </w:p>
    <w:p>
      <w:r>
        <w:t>☐ Pop-up canopies or shaded areas for rest and first aid</w:t>
      </w:r>
    </w:p>
    <w:p>
      <w:r>
        <w:t>☐ First-aid kit, ice packs, and the nurse's supplies</w:t>
      </w:r>
    </w:p>
    <w:p>
      <w:r>
        <w:t>☐ Sound system, extension cords and the playlist</w:t>
      </w:r>
    </w:p>
    <w:p>
      <w:r>
        <w:t>☐ Volunteer vests or lanyards so counters are easy to find</w:t>
      </w:r>
    </w:p>
    <w:p>
      <w:r>
        <w:t>☐ Signs: start/finish, counting lanes by class, water, first aid</w:t>
      </w:r>
    </w:p>
    <w:p>
      <w:r>
        <w:t>☐ Laptop or tablet with the lap spreadsheet, plus a paper backup</w:t>
      </w:r>
    </w:p>
    <w:p>
      <w:r>
        <w:t>☐ Sunscreen and a lost-and-found bin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Jog-a-Thon Planning Checklist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