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0F2240"/>
        </w:rPr>
        <w:t>Fun Run Registration Form</w:t>
      </w:r>
    </w:p>
    <w:p>
      <w:r>
        <w:t>[Event name] · [Date and start time] · [Location] · Benefiting [cause]</w:t>
      </w:r>
    </w:p>
    <w:p>
      <w:r>
        <w:t>Distance (circle one): [1 mile family fun run]   [5K]   [Other: ____]</w:t>
      </w:r>
    </w:p>
    <w:p>
      <w:pPr>
        <w:pStyle w:val="Heading2"/>
      </w:pPr>
      <w:r>
        <w:t>Participant</w:t>
      </w:r>
    </w:p>
    <w:p>
      <w:r>
        <w:t>Name: ____________________________________________</w:t>
      </w:r>
    </w:p>
    <w:p>
      <w:r>
        <w:t>Age on event day: ____________________________________________</w:t>
      </w:r>
    </w:p>
    <w:p>
      <w:r>
        <w:t>T-shirt size (circle): YS  YM  YL  AS  AM  AL  AXL  A2XL: ____________________________________________</w:t>
      </w:r>
    </w:p>
    <w:p>
      <w:r>
        <w:t>Emergency contact name and phone: ____________________________________________</w:t>
      </w:r>
    </w:p>
    <w:p>
      <w:r>
        <w:t>Will you walk, jog or run? (helps us plan the finish): ____________________________________________</w:t>
      </w:r>
    </w:p>
    <w:p>
      <w:pPr>
        <w:pStyle w:val="Heading2"/>
      </w:pPr>
      <w:r>
        <w:t>Fee</w:t>
      </w:r>
    </w:p>
    <w:p>
      <w:r>
        <w:t>Registration: $[amount] by [date]; $[amount] after. Students: [free / $amount]. The fee includes [shirt, bib, snack].</w:t>
      </w:r>
    </w:p>
    <w:p>
      <w:r>
        <w:t>Optional extra donation: $________   (Only the amount above the value of the shirt and other items you receive may be deductible; ask us for a receipt.)</w:t>
      </w:r>
    </w:p>
    <w:p>
      <w:pPr>
        <w:pStyle w:val="Heading2"/>
      </w:pPr>
      <w:r>
        <w:t>Release and permissions</w:t>
      </w:r>
    </w:p>
    <w:p>
      <w:r>
        <w:rPr>
          <w:i/>
        </w:rPr>
        <w:t>[Insert the release and assumption-of-risk language approved by your insurer, school district or attorney. Do not write your own. A parent or guardian signs for anyone under 18.]</w:t>
      </w:r>
    </w:p>
    <w:p>
      <w:r>
        <w:t>Photo permission: ☐ Yes, photos of my child may be used in [school/group] communications.  ☐ No photos, please.</w:t>
      </w:r>
    </w:p>
    <w:p>
      <w:r>
        <w:t>Medical notes the first aid team should know (optional, kept with the first aid lead only): ______________________</w:t>
      </w:r>
    </w:p>
    <w:p>
      <w:r>
        <w:t>Signature of participant (or parent/guardian if under 18): ______________________   Date: ________</w:t>
      </w:r>
    </w:p>
    <w:p>
      <w:pPr>
        <w:pStyle w:val="Heading2"/>
      </w:pPr>
      <w:r>
        <w:t>Weather and refunds</w:t>
      </w:r>
    </w:p>
    <w:p>
      <w:r>
        <w:t>[State your heat, lightning and rain plan and your refund policy in one or two sentences.]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 Run Registration Form</dc:title>
  <dc:subject/>
  <dc:creator>Walk-A-Thon.com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