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Hoja de Promesas de la Carrera Divertida (Fun Run)</w:t>
      </w:r>
    </w:p>
    <w:p>
      <w:r>
        <w:t>Evento: ____________   Fecha: ________   Fecha alterna (lluvia o calor): ________</w:t>
      </w:r>
    </w:p>
    <w:p>
      <w:r>
        <w:t>Nuestra meta financia: ________________________________</w:t>
      </w:r>
    </w:p>
    <w:p>
      <w:r>
        <w:t>Nombre del participante: ________________   Maestro(a) / clase o equipo: ____________   Mi meta: ______</w:t>
      </w:r>
    </w:p>
    <w:p>
      <w:r>
        <w:rPr>
          <w:sz w:val="18"/>
        </w:rPr>
        <w:t>Cómo funcionan las donaciones. Puede dar una cantidad fija o prometer por vuelta o por milla: paga su cantidad x las vueltas o millas completadas, nunca más que su límite. Sugerido: $____ por ____. Si deja el límite en blanco, se aplica un límite de $____. La mayoría completa entre ____ y ____ vueltas o millas. El total de las promesas por vuelta o por milla se envía después del evento.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c>
          <w:tcPr>
            <w:tcW w:type="dxa" w:w="1543"/>
          </w:tcPr>
          <w:p>
            <w:r>
              <w:rPr>
                <w:b/>
                <w:sz w:val="17"/>
              </w:rPr>
              <w:t>Nombre del donante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Correo o teléfono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$ por vuelta/milla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Límite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Fijo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¿Pagado? (efectivo/cheque/en línea)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Total a pagar</w:t>
            </w:r>
          </w:p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</w:tbl>
    <w:p/>
    <w:p>
      <w:r>
        <w:t>Vueltas o millas completadas: ________   Total prometido $: ________   Total recaudado $: ________</w:t>
      </w:r>
    </w:p>
    <w:p>
      <w:r>
        <w:rPr>
          <w:b/>
        </w:rPr>
        <w:t>Devuelva esta hoja antes de (fecha y lugar): ____________________</w:t>
      </w:r>
    </w:p>
    <w:p>
      <w:r>
        <w:rPr>
          <w:b/>
        </w:rPr>
        <w:t>Cheques a nombre de: ____________________</w:t>
      </w:r>
    </w:p>
    <w:p>
      <w:r>
        <w:rPr>
          <w:b/>
        </w:rPr>
        <w:t>¿Prefiere donar en línea? Enlace: ______________________________</w:t>
      </w:r>
    </w:p>
    <w:p>
      <w:r>
        <w:t>Estatus de exención fiscal / EIN de la organización (si aplica): ____________________</w:t>
      </w:r>
    </w:p>
    <w:p>
      <w:r>
        <w:rPr>
          <w:sz w:val="17"/>
        </w:rPr>
        <w:t>Nunca escriba números de tarjeta en esta hoja. Basta un dato de contacto por donante. ¡Gracias por apoyar nuestra carrera!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Promesas de la Carrera Divertida (Fun Run)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