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Fun Run Planning Checklist</w:t>
      </w:r>
    </w:p>
    <w:p>
      <w:pPr>
        <w:pStyle w:val="Heading2"/>
      </w:pPr>
      <w:r>
        <w:t>Approvals</w:t>
      </w:r>
    </w:p>
    <w:p>
      <w:r>
        <w:t>☐ Principal, board or venue approves the date, backup date and format in writing</w:t>
      </w:r>
    </w:p>
    <w:p>
      <w:r>
        <w:t>☐ District rules checked: facility use, fundraising, money handling, flyers</w:t>
      </w:r>
    </w:p>
    <w:p>
      <w:r>
        <w:t>☐ Insurance confirmed for the group running the event, not just the school</w:t>
      </w:r>
    </w:p>
    <w:p>
      <w:r>
        <w:t>☐ Certificates of insurance requested for every venue that asks</w:t>
      </w:r>
    </w:p>
    <w:p>
      <w:r>
        <w:t>☐ Route runs: permit filed by the city's deadline with route map, traffic control plan and insurance certificate</w:t>
      </w:r>
    </w:p>
    <w:p>
      <w:r>
        <w:t>☐ Route runs: police or traffic control booked where the city requires it</w:t>
      </w:r>
    </w:p>
    <w:p>
      <w:pPr>
        <w:pStyle w:val="Heading2"/>
      </w:pPr>
      <w:r>
        <w:t>Team and money</w:t>
      </w:r>
    </w:p>
    <w:p>
      <w:r>
        <w:t>☐ Chair and leads named: course and safety, money, volunteers, communications, sponsors</w:t>
      </w:r>
    </w:p>
    <w:p>
      <w:r>
        <w:t>☐ Goal set from your own numbers with the profit calculator</w:t>
      </w:r>
    </w:p>
    <w:p>
      <w:r>
        <w:t>☐ Funding model chosen: entry fee, donations, or both</w:t>
      </w:r>
    </w:p>
    <w:p>
      <w:r>
        <w:t>☐ Budget approved with a spending ceiling for the chair</w:t>
      </w:r>
    </w:p>
    <w:p>
      <w:r>
        <w:t>☐ Two-person rule set for counting cash</w:t>
      </w:r>
    </w:p>
    <w:p>
      <w:r>
        <w:t>☐ Sponsor letters and packet sent</w:t>
      </w:r>
    </w:p>
    <w:p>
      <w:pPr>
        <w:pStyle w:val="Heading2"/>
      </w:pPr>
      <w:r>
        <w:t>Course and safety</w:t>
      </w:r>
    </w:p>
    <w:p>
      <w:r>
        <w:t>☐ Course measured and mapped, with start, finish, water and first aid marked</w:t>
      </w:r>
    </w:p>
    <w:p>
      <w:r>
        <w:t>☐ Accessible route or loop identified for walkers, wheelchairs and strollers</w:t>
      </w:r>
    </w:p>
    <w:p>
      <w:r>
        <w:t>☐ Medical lead named and first-aid post planned</w:t>
      </w:r>
    </w:p>
    <w:p>
      <w:r>
        <w:t>☐ Heat plan written with the trigger and the person who makes the call</w:t>
      </w:r>
    </w:p>
    <w:p>
      <w:r>
        <w:t>☐ Lightning plan written, with a shelter big enough for everyone</w:t>
      </w:r>
    </w:p>
    <w:p>
      <w:r>
        <w:t>☐ Lost-child plan and a meeting point set</w:t>
      </w:r>
    </w:p>
    <w:p>
      <w:r>
        <w:t>☐ Waiver or permission form reviewed by whoever advises your group</w:t>
      </w:r>
    </w:p>
    <w:p>
      <w:pPr>
        <w:pStyle w:val="Heading2"/>
      </w:pPr>
      <w:r>
        <w:t>Registration and pledges</w:t>
      </w:r>
    </w:p>
    <w:p>
      <w:r>
        <w:t>☐ Lap runs: pledge sheets printed with a per-lap cap and return date</w:t>
      </w:r>
    </w:p>
    <w:p>
      <w:r>
        <w:t>☐ Online donation page tested end to end</w:t>
      </w:r>
    </w:p>
    <w:p>
      <w:r>
        <w:t>☐ Route runs: registration form with waiver, fee, shirt size and cutoff date</w:t>
      </w:r>
    </w:p>
    <w:p>
      <w:r>
        <w:t>☐ Kickoff assembly or launch announcement done</w:t>
      </w:r>
    </w:p>
    <w:p>
      <w:r>
        <w:t>☐ Photo opt-out list from the school in hand</w:t>
      </w:r>
    </w:p>
    <w:p>
      <w:r>
        <w:t>☐ Mid-campaign update sent, with no money leaderboard</w:t>
      </w:r>
    </w:p>
    <w:p>
      <w:pPr>
        <w:pStyle w:val="Heading2"/>
      </w:pPr>
      <w:r>
        <w:t>Volunteers</w:t>
      </w:r>
    </w:p>
    <w:p>
      <w:r>
        <w:t>☐ Roles and counts set from the course planner, plus backups</w:t>
      </w:r>
    </w:p>
    <w:p>
      <w:r>
        <w:t>☐ Volunteer screening done to your district's or group's rules</w:t>
      </w:r>
    </w:p>
    <w:p>
      <w:r>
        <w:t>☐ Shifts assigned and job cards printed</w:t>
      </w:r>
    </w:p>
    <w:p>
      <w:r>
        <w:t>☐ Adult marshals with vests at every crossing and turn (teens can hand out water, cheer, count laps or help at check-in with an adult lead, but never marshal)</w:t>
      </w:r>
    </w:p>
    <w:p>
      <w:pPr>
        <w:pStyle w:val="Heading2"/>
      </w:pPr>
      <w:r>
        <w:t>Final week</w:t>
      </w:r>
    </w:p>
    <w:p>
      <w:r>
        <w:t>☐ Course walked with the course lead and the medical lead</w:t>
      </w:r>
    </w:p>
    <w:p>
      <w:r>
        <w:t>☐ Volunteers confirmed by name; backups on standby</w:t>
      </w:r>
    </w:p>
    <w:p>
      <w:r>
        <w:t>☐ Forecast checked against the heat and lightning plan</w:t>
      </w:r>
    </w:p>
    <w:p>
      <w:r>
        <w:t>☐ Sound system, timer and announcer script tested</w:t>
      </w:r>
    </w:p>
    <w:p>
      <w:r>
        <w:t>☐ Course marked, check-in and finish area set up the day before</w:t>
      </w:r>
    </w:p>
    <w:p>
      <w:pPr>
        <w:pStyle w:val="Heading2"/>
      </w:pPr>
      <w:r>
        <w:t>Event day</w:t>
      </w:r>
    </w:p>
    <w:p>
      <w:r>
        <w:t>☐ Volunteer briefing before the first heat or wave</w:t>
      </w:r>
    </w:p>
    <w:p>
      <w:r>
        <w:t>☐ First aid in place before anyone runs</w:t>
      </w:r>
    </w:p>
    <w:p>
      <w:r>
        <w:t>☐ Lap runs: heats run to the clock; lap cards collected per class</w:t>
      </w:r>
    </w:p>
    <w:p>
      <w:r>
        <w:t>☐ Route runs: waves started; sweep behind the last walker; finishers recorded</w:t>
      </w:r>
    </w:p>
    <w:p>
      <w:r>
        <w:t>☐ Cash counted by two people and sealed before it leaves the site</w:t>
      </w:r>
    </w:p>
    <w:p>
      <w:r>
        <w:t>☐ Course cleared and trash removed</w:t>
      </w:r>
    </w:p>
    <w:p>
      <w:pPr>
        <w:pStyle w:val="Heading2"/>
      </w:pPr>
      <w:r>
        <w:t>After the event</w:t>
      </w:r>
    </w:p>
    <w:p>
      <w:r>
        <w:t>☐ Totals sent to any per-lap or per-mile donors within two days</w:t>
      </w:r>
    </w:p>
    <w:p>
      <w:r>
        <w:t>☐ Volunteers, sponsors, teachers and staff thanked</w:t>
      </w:r>
    </w:p>
    <w:p>
      <w:r>
        <w:t>☐ Collection closed; deposit made; books reconciled</w:t>
      </w:r>
    </w:p>
    <w:p>
      <w:r>
        <w:t>☐ Receipts and disclosures sent where required</w:t>
      </w:r>
    </w:p>
    <w:p>
      <w:r>
        <w:t>☐ Results note sent to families</w:t>
      </w:r>
    </w:p>
    <w:p>
      <w:r>
        <w:t>☐ Debrief numbers filled in on the Debrief tab of the fun run budget spreadsheet: participants, share who collected, donors, gross, costs, net, net per participant, pledge collection rate, sponsorships, volunteers, unfilled shifts, incidents, timing vs. plan</w:t>
      </w:r>
    </w:p>
    <w:p>
      <w:r>
        <w:t>☐ Family and volunteer survey sent within a week</w:t>
      </w:r>
    </w:p>
    <w:p>
      <w:r>
        <w:t>☐ Debrief held and keep, change and stop notes saved for next year</w:t>
      </w:r>
    </w:p>
    <w:p>
      <w:pPr>
        <w:pStyle w:val="Heading2"/>
      </w:pPr>
      <w:r>
        <w:t>Fun run supply list</w:t>
      </w:r>
    </w:p>
    <w:p>
      <w:r>
        <w:t>☐ Course markers: cones, flags or chalk</w:t>
      </w:r>
    </w:p>
    <w:p>
      <w:r>
        <w:t>☐ Start and finish banners or signs</w:t>
      </w:r>
    </w:p>
    <w:p>
      <w:r>
        <w:t>☐ Sound system, microphone and a backup timer</w:t>
      </w:r>
    </w:p>
    <w:p>
      <w:r>
        <w:t>☐ Water, cups and trash bags</w:t>
      </w:r>
    </w:p>
    <w:p>
      <w:r>
        <w:t>☐ First-aid kit, ice packs and the medical lead's contact sheet</w:t>
      </w:r>
    </w:p>
    <w:p>
      <w:r>
        <w:t>☐ Safety vests for every marshal</w:t>
      </w:r>
    </w:p>
    <w:p>
      <w:r>
        <w:t>☐ Clipboards, pens and printed run sheets</w:t>
      </w:r>
    </w:p>
    <w:p>
      <w:r>
        <w:t>☐ Check-in tables, rosters and name tags for volunteers</w:t>
      </w:r>
    </w:p>
    <w:p>
      <w:r>
        <w:t>☐ Lap runs: lap cards or tally sheets, hole punches or markers, class bins</w:t>
      </w:r>
    </w:p>
    <w:p>
      <w:r>
        <w:t>☐ Lap runs: shade for waiting classes</w:t>
      </w:r>
    </w:p>
    <w:p>
      <w:r>
        <w:t>☐ Route runs: bibs and safety pins</w:t>
      </w:r>
    </w:p>
    <w:p>
      <w:r>
        <w:t>☐ Route runs: finish chute materials and a finish-recording sheet</w:t>
      </w:r>
    </w:p>
    <w:p>
      <w:r>
        <w:t>☐ Route runs: barricades and signs required by the permit</w:t>
      </w:r>
    </w:p>
    <w:p>
      <w:r>
        <w:t>☐ Route runs: portable toilets, with accessible units (at least 5 percent and never fewer than one, per the ADA National Network's event guide)</w:t>
      </w:r>
    </w:p>
    <w:p>
      <w:r>
        <w:t>☐ Cash box, deposit bags and a two-signature count sheet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 Run Planning Checklist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