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2240"/>
        </w:rPr>
        <w:t>Fun Run Family Letter</w:t>
      </w:r>
    </w:p>
    <w:p>
      <w:r>
        <w:t>Dear [School/Group] Families,</w:t>
      </w:r>
    </w:p>
    <w:p>
      <w:r>
        <w:t>Our [School/Group] Fun Run is on [day, date] at [time] at [location]. Every participant will run, jog, walk or roll [laps for X minutes on our loop / a 1-mile route / a 5K route] while we cheer them on. Walking is always welcome.</w:t>
      </w:r>
    </w:p>
    <w:p>
      <w:r>
        <w:t>Our goal is [$ goal] for [specific purpose, e.g. new playground shade structure].</w:t>
      </w:r>
    </w:p>
    <w:p>
      <w:r>
        <w:t>How you can help:</w:t>
      </w:r>
    </w:p>
    <w:p>
      <w:r>
        <w:t>1. Ask family and friends to give a flat amount, or a pledge per lap or mile with a cap so donors know the most they will give. [Optional: Most participants finish [low]–[high] laps.]</w:t>
      </w:r>
    </w:p>
    <w:p>
      <w:r>
        <w:t>2. Share our online donation link: [link]</w:t>
      </w:r>
    </w:p>
    <w:p>
      <w:r>
        <w:t>3. Return the paper pledge sheet by [date], even if it is not full.</w:t>
      </w:r>
    </w:p>
    <w:p>
      <w:r>
        <w:t>[If there is a registration fee: Registration is $[amount] and includes [shirt/bib/snack]. Register by [date] to get your shirt size.]</w:t>
      </w:r>
    </w:p>
    <w:p>
      <w:r>
        <w:t>On event day, please send your child in running shoes and comfortable clothes, with a labeled water bottle and sunscreen. If it is too hot or storms are nearby, we will follow our weather plan: [move to rain/heat date / shorten the run].</w:t>
      </w:r>
    </w:p>
    <w:p>
      <w:r>
        <w:t>Children should only ask for donations from people they know, with a parent or guardian present.</w:t>
      </w:r>
    </w:p>
    <w:p>
      <w:r>
        <w:t>Questions? Contact [name] at [group email].</w:t>
      </w:r>
    </w:p>
    <w:p>
      <w:r>
        <w:t>Thank you!</w:t>
      </w:r>
    </w:p>
    <w:p>
      <w:r>
        <w:t>[Name], [PTA/PTO or group title]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 Run Family Letter</dc:title>
  <dc:subject/>
  <dc:creator>Walk-A-Thon.com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