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0F2240"/>
        </w:rPr>
        <w:t>Carta para las Familias: Carrera Divertida (Fun Run)</w:t>
      </w:r>
    </w:p>
    <w:p>
      <w:r>
        <w:t>Estimadas familias de [Escuela/Grupo]:</w:t>
      </w:r>
    </w:p>
    <w:p>
      <w:r>
        <w:t>Nuestra Carrera Divertida (Fun Run) de [Escuela/Grupo] será el [día, fecha] a las [hora] en [lugar]. Cada participante correrá, trotará, caminará o avanzará en silla de ruedas [vueltas durante X minutos en nuestro circuito / una ruta de 1 milla / una ruta de 5 km] mientras lo animamos. Caminar siempre está bien.</w:t>
      </w:r>
    </w:p>
    <w:p>
      <w:r>
        <w:t>Nuestra meta es recaudar [$ meta] para [propósito específico, por ejemplo: un toldo de sombra para el patio de recreo].</w:t>
      </w:r>
    </w:p>
    <w:p>
      <w:r>
        <w:t>Cómo puede ayudar:</w:t>
      </w:r>
    </w:p>
    <w:p>
      <w:r>
        <w:t>1. Pida a familiares y amigos una donación fija, o una promesa por vuelta o por milla con un límite para que cada donante sepa lo máximo que dará. [Opcional: La mayoría completa entre [mínimo] y [máximo] vueltas.]</w:t>
      </w:r>
    </w:p>
    <w:p>
      <w:r>
        <w:t>2. Comparta nuestro enlace de donación en línea: [enlace]</w:t>
      </w:r>
    </w:p>
    <w:p>
      <w:r>
        <w:t>3. Devuelva la hoja de promesas en papel antes del [fecha], aunque no esté completa.</w:t>
      </w:r>
    </w:p>
    <w:p>
      <w:r>
        <w:t>[Si hay cuota de inscripción: La inscripción cuesta $[cantidad] e incluye [camiseta/número/refrigerio]. Inscríbase antes del [fecha] para recibir su talla de camiseta.]</w:t>
      </w:r>
    </w:p>
    <w:p>
      <w:r>
        <w:t>El día del evento, envíe a su hijo(a) con tenis, ropa cómoda, una botella de agua con su nombre y protector solar. Si hace demasiado calor o hay tormentas cerca, seguiremos nuestro plan de clima: [fecha alterna / carrera más corta].</w:t>
      </w:r>
    </w:p>
    <w:p>
      <w:r>
        <w:t>Los niños solo deben pedir donaciones a personas que conocen y con un padre, madre o tutor presente.</w:t>
      </w:r>
    </w:p>
    <w:p>
      <w:r>
        <w:t>¿Preguntas? Comuníquese con [nombre] en [correo del grupo].</w:t>
      </w:r>
    </w:p>
    <w:p>
      <w:r>
        <w:t>¡Gracias!</w:t>
      </w:r>
    </w:p>
    <w:p>
      <w:r>
        <w:t>[Nombre], [cargo en la PTA/PTO o grupo]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para las Familias: Carrera Divertida (Fun Run)</dc:title>
  <dc:subject/>
  <dc:creator>Walk-A-Thon.com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