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Thank-You Letters</w:t>
      </w:r>
    </w:p>
    <w:p>
      <w:r>
        <w:rPr>
          <w:i/>
          <w:color w:val="3E5568"/>
          <w:sz w:val="19"/>
        </w:rPr>
        <w:t>Three templates: donor, sponsor and volunteer. Replace the [brackets] and send within a week of the event.</w:t>
      </w:r>
    </w:p>
    <w:p>
      <w:pPr>
        <w:pStyle w:val="Heading2"/>
      </w:pPr>
      <w:r>
        <w:t>Donor thank-you letter</w:t>
      </w:r>
    </w:p>
    <w:p>
      <w:r>
        <w:t>[Date]</w:t>
      </w:r>
    </w:p>
    <w:p>
      <w:r>
        <w:t>Dear [Donor name],</w:t>
      </w:r>
    </w:p>
    <w:p>
      <w:r>
        <w:t>Thank you for supporting [Dancer name, first name only] at the [event name] on [date]. [Dancer] danced [number] songs [or hours], and together our dancers raised [$ amount] for [purpose].</w:t>
      </w:r>
    </w:p>
    <w:p>
      <w:r>
        <w:t>Your gift: $[amount] [($[rate] per song × [number] songs, capped at $[cap]) / flat gift]. Received on [date] by [cash / check / online].</w:t>
      </w:r>
    </w:p>
    <w:p>
      <w:r>
        <w:t>[Tax acknowledgment, if your organization is tax-exempt: [Organization] is a [tax status] organization, [EIN]. No goods or services were provided in exchange for this contribution. / Describe and give the estimated value of any goods or services provided.] [Delete if it does not apply; ask your treasurer.]</w:t>
      </w:r>
    </w:p>
    <w:p>
      <w:r>
        <w:t>Thank you for helping [school/group] [what the money will do].</w:t>
      </w:r>
    </w:p>
    <w:p>
      <w:r>
        <w:t>With gratitude,</w:t>
      </w:r>
    </w:p>
    <w:p>
      <w:r>
        <w:t>[Name]</w:t>
        <w:br/>
        <w:t>[Title, organization]</w:t>
      </w:r>
    </w:p>
    <w:p>
      <w:r>
        <w:br w:type="page"/>
      </w:r>
    </w:p>
    <w:p>
      <w:pPr>
        <w:pStyle w:val="Heading2"/>
      </w:pPr>
      <w:r>
        <w:t>Sponsor thank-you letter</w:t>
      </w:r>
    </w:p>
    <w:p>
      <w:r>
        <w:t>[Date]</w:t>
      </w:r>
    </w:p>
    <w:p>
      <w:r>
        <w:t>Dear [Sponsor contact name],</w:t>
      </w:r>
    </w:p>
    <w:p>
      <w:r>
        <w:t>Thank you to [Business name] for sponsoring the [event name] as our [level] on [date]. [Number] dancers took part, and the event raised [$ amount] for [purpose].</w:t>
      </w:r>
    </w:p>
    <w:p>
      <w:r>
        <w:t>Your sponsorship was recognized by [list what you delivered: banner, DJ thank-yous, station sign, newsletter mention, thank-you post].</w:t>
      </w:r>
    </w:p>
    <w:p>
      <w:r>
        <w:t>This letter acknowledges your sponsorship payment of $[amount] received on [date]. [If no goods or services were provided: [Organization] provided no goods or services in exchange, other than the acknowledgment of your name and logo described above. / If goods or services were provided: describe them and their estimated value.] [Ask your treasurer which applies.]</w:t>
      </w:r>
    </w:p>
    <w:p>
      <w:r>
        <w:t>We'd love to have you back next year. [Optional: next year's date, if set.]</w:t>
      </w:r>
    </w:p>
    <w:p>
      <w:r>
        <w:t>With thanks,</w:t>
      </w:r>
    </w:p>
    <w:p>
      <w:r>
        <w:t>[Name]</w:t>
        <w:br/>
        <w:t>[Title, organization]</w:t>
        <w:br/>
        <w:t>[Email] · [Phone]</w:t>
      </w:r>
    </w:p>
    <w:p>
      <w:r>
        <w:br w:type="page"/>
      </w:r>
    </w:p>
    <w:p>
      <w:pPr>
        <w:pStyle w:val="Heading2"/>
      </w:pPr>
      <w:r>
        <w:t>Volunteer thank-you letter</w:t>
      </w:r>
    </w:p>
    <w:p>
      <w:r>
        <w:t>[Date]</w:t>
      </w:r>
    </w:p>
    <w:p>
      <w:r>
        <w:t>Dear [Volunteer name],</w:t>
      </w:r>
    </w:p>
    <w:p>
      <w:r>
        <w:t>Thank you for volunteering at the [event name] as [role]. Because of you, [number] dancers had a safe, fun [day / night], and we raised [$ amount] for [purpose].</w:t>
      </w:r>
    </w:p>
    <w:p>
      <w:r>
        <w:t>[One specific thing they did: e.g. Your calm work at the sign-out table got every dancer home with the right adult.]</w:t>
      </w:r>
    </w:p>
    <w:p>
      <w:r>
        <w:t>If you have ideas for next year, we'd love to hear them: [email or form]. [Optional: Next year's event is planned for [date].]</w:t>
      </w:r>
    </w:p>
    <w:p>
      <w:r>
        <w:t>With thanks,</w:t>
      </w:r>
    </w:p>
    <w:p>
      <w:r>
        <w:t>[Name]</w:t>
        <w:br/>
        <w:t>[Title, organization]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Thank-You Letters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