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Dance-a-Thon Sponsorship Proposal</w:t>
      </w:r>
    </w:p>
    <w:p>
      <w:r>
        <w:rPr>
          <w:i/>
          <w:color w:val="3E5568"/>
          <w:sz w:val="19"/>
        </w:rPr>
        <w:t>Template. Replace everything in [brackets], delete tiers you will not offer, and remove the last page before sending.</w:t>
      </w:r>
    </w:p>
    <w:p>
      <w:r>
        <w:rPr>
          <w:b/>
          <w:i w:val="0"/>
        </w:rPr>
        <w:t>[Organization name] · [Event name] · [Date] · [Location]</w:t>
      </w:r>
    </w:p>
    <w:p>
      <w:pPr>
        <w:pStyle w:val="Heading2"/>
      </w:pPr>
      <w:r>
        <w:t>Sponsor request letter</w:t>
      </w:r>
    </w:p>
    <w:p>
      <w:r>
        <w:t>[Date]</w:t>
      </w:r>
    </w:p>
    <w:p>
      <w:r>
        <w:t>[Sponsor contact name]</w:t>
        <w:br/>
        <w:t>[Business name]</w:t>
        <w:br/>
        <w:t>[Address]</w:t>
      </w:r>
    </w:p>
    <w:p>
      <w:r>
        <w:t>Dear [Name],</w:t>
      </w:r>
    </w:p>
    <w:p>
      <w:r>
        <w:t>On [date], [number, if known] students from [school or group] will dance at our [event name] to raise money for [specific purpose]. Families, staff and neighbors will be there, and we would love to have [business name] with us as a sponsor.</w:t>
      </w:r>
    </w:p>
    <w:p>
      <w:r>
        <w:t>Sponsorship helps us cover the costs of the event, so more of every donation goes to [purpose]. It also puts your business in front of the families who make our community what it is. The levels below show what each sponsorship includes; we are glad to adjust them to fit what you have in mind, including in-kind gifts such as water, snacks or supplies.</w:t>
      </w:r>
    </w:p>
    <w:p>
      <w:r>
        <w:t>To appear on printed materials, please reply by [commit-by date] using the enclosed form, or contact me at [email or phone].</w:t>
      </w:r>
    </w:p>
    <w:p>
      <w:r>
        <w:t>Thank you for considering it.</w:t>
      </w:r>
    </w:p>
    <w:p>
      <w:r>
        <w:t>Sincerely,</w:t>
        <w:br/>
        <w:t>[Name]</w:t>
        <w:br/>
        <w:t>[Title, organization]</w:t>
        <w:br/>
        <w:t>[Email] · [Phone]</w:t>
      </w:r>
    </w:p>
    <w:p>
      <w:pPr>
        <w:pStyle w:val="Heading2"/>
      </w:pPr>
      <w:r>
        <w:t>About the event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 w:val="true"/>
        </w:trPr>
        <w:tc>
          <w:tcPr>
            <w:tcW w:type="dxa" w:w="2304"/>
            <w:shd w:val="clear" w:color="auto" w:fill="0F2240"/>
          </w:tcPr>
          <w:p>
            <w:r/>
            <w:r>
              <w:rPr>
                <w:b/>
                <w:color w:val="FFFFFF"/>
                <w:sz w:val="19"/>
              </w:rPr>
            </w:r>
          </w:p>
        </w:tc>
        <w:tc>
          <w:tcPr>
            <w:tcW w:type="dxa" w:w="7488"/>
            <w:shd w:val="clear" w:color="auto" w:fill="0F2240"/>
          </w:tcPr>
          <w:p>
            <w:r/>
            <w:r>
              <w:rPr>
                <w:b/>
                <w:color w:val="FFFFFF"/>
                <w:sz w:val="19"/>
              </w:rPr>
              <w:t>Details</w:t>
            </w:r>
          </w:p>
        </w:tc>
      </w:tr>
      <w:tr>
        <w:tc>
          <w:tcPr>
            <w:tcW w:type="dxa" w:w="2304"/>
          </w:tcPr>
          <w:p>
            <w:r/>
            <w:r>
              <w:rPr>
                <w:sz w:val="19"/>
              </w:rPr>
              <w:t>What</w:t>
            </w:r>
          </w:p>
        </w:tc>
        <w:tc>
          <w:tcPr>
            <w:tcW w:type="dxa" w:w="7488"/>
          </w:tcPr>
          <w:p>
            <w:r/>
            <w:r>
              <w:rPr>
                <w:sz w:val="19"/>
              </w:rPr>
              <w:t>[A dance-a-thon: dancers take part for a set time and supporters give flat gifts or pledges per song or per hour]</w:t>
            </w:r>
          </w:p>
        </w:tc>
      </w:tr>
      <w:tr>
        <w:tc>
          <w:tcPr>
            <w:tcW w:type="dxa" w:w="2304"/>
          </w:tcPr>
          <w:p>
            <w:r/>
            <w:r>
              <w:rPr>
                <w:sz w:val="19"/>
              </w:rPr>
              <w:t>When and where</w:t>
            </w:r>
          </w:p>
        </w:tc>
        <w:tc>
          <w:tcPr>
            <w:tcW w:type="dxa" w:w="7488"/>
          </w:tcPr>
          <w:p>
            <w:r/>
            <w:r>
              <w:rPr>
                <w:sz w:val="19"/>
              </w:rPr>
              <w:t>[Day, date, time] at [location]</w:t>
            </w:r>
          </w:p>
        </w:tc>
      </w:tr>
      <w:tr>
        <w:tc>
          <w:tcPr>
            <w:tcW w:type="dxa" w:w="2304"/>
          </w:tcPr>
          <w:p>
            <w:r/>
            <w:r>
              <w:rPr>
                <w:sz w:val="19"/>
              </w:rPr>
              <w:t>Who takes part</w:t>
            </w:r>
          </w:p>
        </w:tc>
        <w:tc>
          <w:tcPr>
            <w:tcW w:type="dxa" w:w="7488"/>
          </w:tcPr>
          <w:p>
            <w:r/>
            <w:r>
              <w:rPr>
                <w:sz w:val="19"/>
              </w:rPr>
              <w:t>[Grades or groups; number of dancers if known]</w:t>
            </w:r>
          </w:p>
        </w:tc>
      </w:tr>
      <w:tr>
        <w:tc>
          <w:tcPr>
            <w:tcW w:type="dxa" w:w="2304"/>
          </w:tcPr>
          <w:p>
            <w:r/>
            <w:r>
              <w:rPr>
                <w:sz w:val="19"/>
              </w:rPr>
              <w:t>What the money funds</w:t>
            </w:r>
          </w:p>
        </w:tc>
        <w:tc>
          <w:tcPr>
            <w:tcW w:type="dxa" w:w="7488"/>
          </w:tcPr>
          <w:p>
            <w:r/>
            <w:r>
              <w:rPr>
                <w:sz w:val="19"/>
              </w:rPr>
              <w:t>[Specific purpose]</w:t>
            </w:r>
          </w:p>
        </w:tc>
      </w:tr>
      <w:tr>
        <w:tc>
          <w:tcPr>
            <w:tcW w:type="dxa" w:w="2304"/>
          </w:tcPr>
          <w:p>
            <w:r/>
            <w:r>
              <w:rPr>
                <w:sz w:val="19"/>
              </w:rPr>
              <w:t>Organized by</w:t>
            </w:r>
          </w:p>
        </w:tc>
        <w:tc>
          <w:tcPr>
            <w:tcW w:type="dxa" w:w="7488"/>
          </w:tcPr>
          <w:p>
            <w:r/>
            <w:r>
              <w:rPr>
                <w:sz w:val="19"/>
              </w:rPr>
              <w:t>[PTA/PTO, school, nonprofit or group]; [tax-exempt status, if any]</w:t>
            </w:r>
          </w:p>
        </w:tc>
      </w:tr>
      <w:tr>
        <w:tc>
          <w:tcPr>
            <w:tcW w:type="dxa" w:w="2304"/>
          </w:tcPr>
          <w:p>
            <w:r/>
            <w:r>
              <w:rPr>
                <w:sz w:val="19"/>
              </w:rPr>
              <w:t>Contact</w:t>
            </w:r>
          </w:p>
        </w:tc>
        <w:tc>
          <w:tcPr>
            <w:tcW w:type="dxa" w:w="7488"/>
          </w:tcPr>
          <w:p>
            <w:r/>
            <w:r>
              <w:rPr>
                <w:sz w:val="19"/>
              </w:rPr>
              <w:t>[Name, email, phone]</w:t>
            </w:r>
          </w:p>
        </w:tc>
      </w:tr>
    </w:tbl>
    <w:p/>
    <w:p>
      <w:pPr>
        <w:pStyle w:val="Heading2"/>
      </w:pPr>
      <w:r>
        <w:t>Sponsorship levels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 w:val="true"/>
        </w:trPr>
        <w:tc>
          <w:tcPr>
            <w:tcW w:type="dxa" w:w="2160"/>
            <w:shd w:val="clear" w:color="auto" w:fill="0F2240"/>
          </w:tcPr>
          <w:p>
            <w:r/>
            <w:r>
              <w:rPr>
                <w:b/>
                <w:color w:val="FFFFFF"/>
                <w:sz w:val="19"/>
              </w:rPr>
              <w:t>Level</w:t>
            </w:r>
          </w:p>
        </w:tc>
        <w:tc>
          <w:tcPr>
            <w:tcW w:type="dxa" w:w="1296"/>
            <w:shd w:val="clear" w:color="auto" w:fill="0F2240"/>
          </w:tcPr>
          <w:p>
            <w:r/>
            <w:r>
              <w:rPr>
                <w:b/>
                <w:color w:val="FFFFFF"/>
                <w:sz w:val="19"/>
              </w:rPr>
              <w:t>Amount</w:t>
            </w:r>
          </w:p>
        </w:tc>
        <w:tc>
          <w:tcPr>
            <w:tcW w:type="dxa" w:w="1152"/>
            <w:shd w:val="clear" w:color="auto" w:fill="0F2240"/>
          </w:tcPr>
          <w:p>
            <w:r/>
            <w:r>
              <w:rPr>
                <w:b/>
                <w:color w:val="FFFFFF"/>
                <w:sz w:val="19"/>
              </w:rPr>
              <w:t>Available</w:t>
            </w:r>
          </w:p>
        </w:tc>
        <w:tc>
          <w:tcPr>
            <w:tcW w:type="dxa" w:w="5472"/>
            <w:shd w:val="clear" w:color="auto" w:fill="0F2240"/>
          </w:tcPr>
          <w:p>
            <w:r/>
            <w:r>
              <w:rPr>
                <w:b/>
                <w:color w:val="FFFFFF"/>
                <w:sz w:val="19"/>
              </w:rPr>
              <w:t>What you receive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9"/>
              </w:rPr>
              <w:t>Presenting Sponsor</w:t>
            </w:r>
          </w:p>
        </w:tc>
        <w:tc>
          <w:tcPr>
            <w:tcW w:type="dxa" w:w="1296"/>
          </w:tcPr>
          <w:p>
            <w:r/>
            <w:r>
              <w:rPr>
                <w:sz w:val="19"/>
              </w:rPr>
              <w:t>[$ amount]</w:t>
            </w:r>
          </w:p>
        </w:tc>
        <w:tc>
          <w:tcPr>
            <w:tcW w:type="dxa" w:w="1152"/>
          </w:tcPr>
          <w:p>
            <w:r/>
            <w:r>
              <w:rPr>
                <w:sz w:val="19"/>
              </w:rPr>
              <w:t>[1]</w:t>
            </w:r>
          </w:p>
        </w:tc>
        <w:tc>
          <w:tcPr>
            <w:tcW w:type="dxa" w:w="5472"/>
          </w:tcPr>
          <w:p>
            <w:r/>
            <w:r>
              <w:rPr>
                <w:sz w:val="19"/>
              </w:rPr>
              <w:t>Name or logo first on the event banner and flyer; “presented by” in DJ announcements at the start and end; [recognition in the school newsletter]; [other benefit]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9"/>
              </w:rPr>
              <w:t>Lights Sponsor</w:t>
            </w:r>
          </w:p>
        </w:tc>
        <w:tc>
          <w:tcPr>
            <w:tcW w:type="dxa" w:w="1296"/>
          </w:tcPr>
          <w:p>
            <w:r/>
            <w:r>
              <w:rPr>
                <w:sz w:val="19"/>
              </w:rPr>
              <w:t>[$ amount]</w:t>
            </w:r>
          </w:p>
        </w:tc>
        <w:tc>
          <w:tcPr>
            <w:tcW w:type="dxa" w:w="1152"/>
          </w:tcPr>
          <w:p>
            <w:r/>
            <w:r>
              <w:rPr>
                <w:sz w:val="19"/>
              </w:rPr>
              <w:t>[number]</w:t>
            </w:r>
          </w:p>
        </w:tc>
        <w:tc>
          <w:tcPr>
            <w:tcW w:type="dxa" w:w="5472"/>
          </w:tcPr>
          <w:p>
            <w:r/>
            <w:r>
              <w:rPr>
                <w:sz w:val="19"/>
              </w:rPr>
              <w:t>Name or logo on the banner near the DJ booth; DJ thanks you when the lights or glow block starts; [glow supplies carry your name, if you provide them]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9"/>
              </w:rPr>
              <w:t>Water Station Sponsor</w:t>
            </w:r>
          </w:p>
        </w:tc>
        <w:tc>
          <w:tcPr>
            <w:tcW w:type="dxa" w:w="1296"/>
          </w:tcPr>
          <w:p>
            <w:r/>
            <w:r>
              <w:rPr>
                <w:sz w:val="19"/>
              </w:rPr>
              <w:t>[$ amount]</w:t>
            </w:r>
          </w:p>
        </w:tc>
        <w:tc>
          <w:tcPr>
            <w:tcW w:type="dxa" w:w="1152"/>
          </w:tcPr>
          <w:p>
            <w:r/>
            <w:r>
              <w:rPr>
                <w:sz w:val="19"/>
              </w:rPr>
              <w:t>[number]</w:t>
            </w:r>
          </w:p>
        </w:tc>
        <w:tc>
          <w:tcPr>
            <w:tcW w:type="dxa" w:w="5472"/>
          </w:tcPr>
          <w:p>
            <w:r/>
            <w:r>
              <w:rPr>
                <w:sz w:val="19"/>
              </w:rPr>
              <w:t>Sign with your name or logo at the water station; thanks in the event-day announcements; [other benefit]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9"/>
              </w:rPr>
              <w:t>Song Sponsor</w:t>
            </w:r>
          </w:p>
        </w:tc>
        <w:tc>
          <w:tcPr>
            <w:tcW w:type="dxa" w:w="1296"/>
          </w:tcPr>
          <w:p>
            <w:r/>
            <w:r>
              <w:rPr>
                <w:sz w:val="19"/>
              </w:rPr>
              <w:t>[$ amount]</w:t>
            </w:r>
          </w:p>
        </w:tc>
        <w:tc>
          <w:tcPr>
            <w:tcW w:type="dxa" w:w="1152"/>
          </w:tcPr>
          <w:p>
            <w:r/>
            <w:r>
              <w:rPr>
                <w:sz w:val="19"/>
              </w:rPr>
              <w:t>[number]</w:t>
            </w:r>
          </w:p>
        </w:tc>
        <w:tc>
          <w:tcPr>
            <w:tcW w:type="dxa" w:w="5472"/>
          </w:tcPr>
          <w:p>
            <w:r/>
            <w:r>
              <w:rPr>
                <w:sz w:val="19"/>
              </w:rPr>
              <w:t>The DJ announces your name before one song block (“This set is brought to you by…”); name on the thank-you poster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9"/>
              </w:rPr>
              <w:t>Friend of the Dance-a-Thon</w:t>
            </w:r>
          </w:p>
        </w:tc>
        <w:tc>
          <w:tcPr>
            <w:tcW w:type="dxa" w:w="1296"/>
          </w:tcPr>
          <w:p>
            <w:r/>
            <w:r>
              <w:rPr>
                <w:sz w:val="19"/>
              </w:rPr>
              <w:t>[any amount]</w:t>
            </w:r>
          </w:p>
        </w:tc>
        <w:tc>
          <w:tcPr>
            <w:tcW w:type="dxa" w:w="1152"/>
          </w:tcPr>
          <w:p>
            <w:r/>
            <w:r>
              <w:rPr>
                <w:sz w:val="19"/>
              </w:rPr>
              <w:t>[open]</w:t>
            </w:r>
          </w:p>
        </w:tc>
        <w:tc>
          <w:tcPr>
            <w:tcW w:type="dxa" w:w="5472"/>
          </w:tcPr>
          <w:p>
            <w:r/>
            <w:r>
              <w:rPr>
                <w:sz w:val="19"/>
              </w:rPr>
              <w:t>Name on the thank-you poster and in the thank-you post (with your permission)</w:t>
            </w:r>
          </w:p>
        </w:tc>
      </w:tr>
    </w:tbl>
    <w:p/>
    <w:p>
      <w:r>
        <w:rPr>
          <w:b w:val="0"/>
          <w:i w:val="0"/>
          <w:sz w:val="19"/>
        </w:rPr>
        <w:t>In-kind sponsors: [describe what you can accept, e.g. water, snacks, glow supplies, printing]. We recognize in-kind sponsors at the level closest to the value you tell us.</w:t>
      </w:r>
    </w:p>
    <w:p>
      <w:pPr>
        <w:pStyle w:val="Heading2"/>
      </w:pPr>
      <w:r>
        <w:t>How we recognize sponsors</w:t>
      </w:r>
    </w:p>
    <w:p>
      <w:pPr>
        <w:pStyle w:val="ListBullet"/>
      </w:pPr>
      <w:r>
        <w:t>Event day: DJ thank-yous at the times listed above; signs at the stations you sponsor.</w:t>
      </w:r>
    </w:p>
    <w:p>
      <w:pPr>
        <w:pStyle w:val="ListBullet"/>
      </w:pPr>
      <w:r>
        <w:t>Printed materials: banner, flyer and thank-you poster, for commitments received by [commit-by date].</w:t>
      </w:r>
    </w:p>
    <w:p>
      <w:pPr>
        <w:pStyle w:val="ListBullet"/>
      </w:pPr>
      <w:r>
        <w:t>After the event: a thank-you post and newsletter mention [if your organization does this], and a short report of what the event raised.</w:t>
      </w:r>
    </w:p>
    <w:p>
      <w:pPr>
        <w:pStyle w:val="ListBullet"/>
      </w:pPr>
      <w:r>
        <w:t>We use your name and logo exactly as you send them, and never in a way that suggests the school endorses your products or services.</w:t>
      </w:r>
    </w:p>
    <w:p>
      <w:pPr>
        <w:pStyle w:val="Heading2"/>
      </w:pPr>
      <w:r>
        <w:t>A note on acknowledgments</w:t>
      </w:r>
    </w:p>
    <w:p>
      <w:r>
        <w:rPr>
          <w:b w:val="0"/>
          <w:i w:val="0"/>
          <w:sz w:val="19"/>
        </w:rPr>
        <w:t>Under IRS rules, a payment from a business that receives only acknowledgment of its name, logo, location or general product lines (without comparative or qualitative claims, price information, endorsements or calls to buy) is generally treated as a qualified sponsorship payment rather than advertising. If a sponsor receives goods or services in return, such as event tickets, meals or advertising, our written acknowledgment will describe them and their estimated value. [Organization]'s treasurer will send a written acknowledgment for every sponsorship. Please ask your own tax adviser how the payment applies to your business.</w:t>
      </w:r>
    </w:p>
    <w:p>
      <w:pPr>
        <w:pStyle w:val="Heading2"/>
      </w:pPr>
      <w:r>
        <w:t>Reply form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 w:val="true"/>
        </w:trPr>
        <w:tc>
          <w:tcPr>
            <w:tcW w:type="dxa" w:w="3456"/>
            <w:shd w:val="clear" w:color="auto" w:fill="0F2240"/>
          </w:tcPr>
          <w:p>
            <w:r/>
            <w:r>
              <w:rPr>
                <w:b/>
                <w:color w:val="FFFFFF"/>
                <w:sz w:val="19"/>
              </w:rPr>
            </w:r>
          </w:p>
        </w:tc>
        <w:tc>
          <w:tcPr>
            <w:tcW w:type="dxa" w:w="6336"/>
            <w:shd w:val="clear" w:color="auto" w:fill="0F2240"/>
          </w:tcPr>
          <w:p>
            <w:r/>
            <w:r>
              <w:rPr>
                <w:b/>
                <w:color w:val="FFFFFF"/>
                <w:sz w:val="19"/>
              </w:rPr>
            </w:r>
          </w:p>
        </w:tc>
      </w:tr>
      <w:tr>
        <w:trPr>
          <w:trHeight w:val="461"/>
        </w:trPr>
        <w:tc>
          <w:tcPr>
            <w:tcW w:type="dxa" w:w="3456"/>
          </w:tcPr>
          <w:p>
            <w:r/>
            <w:r>
              <w:rPr>
                <w:sz w:val="19"/>
              </w:rPr>
              <w:t>Level chosen</w:t>
            </w:r>
          </w:p>
        </w:tc>
        <w:tc>
          <w:tcPr>
            <w:tcW w:type="dxa" w:w="6336"/>
          </w:tcPr>
          <w:p>
            <w:r/>
            <w:r>
              <w:rPr>
                <w:sz w:val="19"/>
              </w:rPr>
              <w:t>☐ Presenting   ☐ Lights   ☐ Water Station   ☐ Song   ☐ Friend   ☐ In-kind: ____________</w:t>
            </w:r>
          </w:p>
        </w:tc>
      </w:tr>
      <w:tr>
        <w:trPr>
          <w:trHeight w:val="461"/>
        </w:trPr>
        <w:tc>
          <w:tcPr>
            <w:tcW w:type="dxa" w:w="3456"/>
          </w:tcPr>
          <w:p>
            <w:r/>
            <w:r>
              <w:rPr>
                <w:sz w:val="19"/>
              </w:rPr>
              <w:t>Business name (as it should appear)</w:t>
            </w:r>
          </w:p>
        </w:tc>
        <w:tc>
          <w:tcPr>
            <w:tcW w:type="dxa" w:w="6336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61"/>
        </w:trPr>
        <w:tc>
          <w:tcPr>
            <w:tcW w:type="dxa" w:w="3456"/>
          </w:tcPr>
          <w:p>
            <w:r/>
            <w:r>
              <w:rPr>
                <w:sz w:val="19"/>
              </w:rPr>
              <w:t>Contact name</w:t>
            </w:r>
          </w:p>
        </w:tc>
        <w:tc>
          <w:tcPr>
            <w:tcW w:type="dxa" w:w="6336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61"/>
        </w:trPr>
        <w:tc>
          <w:tcPr>
            <w:tcW w:type="dxa" w:w="3456"/>
          </w:tcPr>
          <w:p>
            <w:r/>
            <w:r>
              <w:rPr>
                <w:sz w:val="19"/>
              </w:rPr>
              <w:t>Phone and email</w:t>
            </w:r>
          </w:p>
        </w:tc>
        <w:tc>
          <w:tcPr>
            <w:tcW w:type="dxa" w:w="6336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61"/>
        </w:trPr>
        <w:tc>
          <w:tcPr>
            <w:tcW w:type="dxa" w:w="3456"/>
          </w:tcPr>
          <w:p>
            <w:r/>
            <w:r>
              <w:rPr>
                <w:sz w:val="19"/>
              </w:rPr>
              <w:t>Mailing address (for the acknowledgment)</w:t>
            </w:r>
          </w:p>
        </w:tc>
        <w:tc>
          <w:tcPr>
            <w:tcW w:type="dxa" w:w="6336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61"/>
        </w:trPr>
        <w:tc>
          <w:tcPr>
            <w:tcW w:type="dxa" w:w="3456"/>
          </w:tcPr>
          <w:p>
            <w:r/>
            <w:r>
              <w:rPr>
                <w:sz w:val="19"/>
              </w:rPr>
              <w:t>Amount enclosed or pledged</w:t>
            </w:r>
          </w:p>
        </w:tc>
        <w:tc>
          <w:tcPr>
            <w:tcW w:type="dxa" w:w="6336"/>
          </w:tcPr>
          <w:p>
            <w:r/>
            <w:r>
              <w:rPr>
                <w:sz w:val="19"/>
              </w:rPr>
              <w:t>$</w:t>
            </w:r>
          </w:p>
        </w:tc>
      </w:tr>
      <w:tr>
        <w:trPr>
          <w:trHeight w:val="461"/>
        </w:trPr>
        <w:tc>
          <w:tcPr>
            <w:tcW w:type="dxa" w:w="3456"/>
          </w:tcPr>
          <w:p>
            <w:r/>
            <w:r>
              <w:rPr>
                <w:sz w:val="19"/>
              </w:rPr>
              <w:t>Payment</w:t>
            </w:r>
          </w:p>
        </w:tc>
        <w:tc>
          <w:tcPr>
            <w:tcW w:type="dxa" w:w="6336"/>
          </w:tcPr>
          <w:p>
            <w:r/>
            <w:r>
              <w:rPr>
                <w:sz w:val="19"/>
              </w:rPr>
              <w:t>☐ Check payable to [payee]   ☐ Online: [giving link]   ☐ Invoice me</w:t>
            </w:r>
          </w:p>
        </w:tc>
      </w:tr>
      <w:tr>
        <w:trPr>
          <w:trHeight w:val="461"/>
        </w:trPr>
        <w:tc>
          <w:tcPr>
            <w:tcW w:type="dxa" w:w="3456"/>
          </w:tcPr>
          <w:p>
            <w:r/>
            <w:r>
              <w:rPr>
                <w:sz w:val="19"/>
              </w:rPr>
              <w:t>Logo file sent to</w:t>
            </w:r>
          </w:p>
        </w:tc>
        <w:tc>
          <w:tcPr>
            <w:tcW w:type="dxa" w:w="6336"/>
          </w:tcPr>
          <w:p>
            <w:r/>
            <w:r>
              <w:rPr>
                <w:sz w:val="19"/>
              </w:rPr>
              <w:t>[email] by [date]</w:t>
            </w:r>
          </w:p>
        </w:tc>
      </w:tr>
      <w:tr>
        <w:trPr>
          <w:trHeight w:val="461"/>
        </w:trPr>
        <w:tc>
          <w:tcPr>
            <w:tcW w:type="dxa" w:w="3456"/>
          </w:tcPr>
          <w:p>
            <w:r/>
            <w:r>
              <w:rPr>
                <w:sz w:val="19"/>
              </w:rPr>
              <w:t>Signature and date</w:t>
            </w:r>
          </w:p>
        </w:tc>
        <w:tc>
          <w:tcPr>
            <w:tcW w:type="dxa" w:w="6336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br w:type="page"/>
      </w:r>
    </w:p>
    <w:p>
      <w:pPr>
        <w:pStyle w:val="Heading2"/>
      </w:pPr>
      <w:r>
        <w:t>Organizer worksheet (remove before sending)</w:t>
      </w:r>
    </w:p>
    <w:p>
      <w:r>
        <w:rPr>
          <w:b w:val="0"/>
          <w:i w:val="0"/>
          <w:sz w:val="19"/>
        </w:rPr>
        <w:t>What each level costs you to deliver. If a level's cost is close to its price, change the benefits or the price.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  <w:gridCol w:w="1440"/>
      </w:tblGrid>
      <w:tr>
        <w:trPr>
          <w:tblHeader w:val="true"/>
        </w:trPr>
        <w:tc>
          <w:tcPr>
            <w:tcW w:type="dxa" w:w="2304"/>
            <w:shd w:val="clear" w:color="auto" w:fill="0F2240"/>
          </w:tcPr>
          <w:p>
            <w:r/>
            <w:r>
              <w:rPr>
                <w:b/>
                <w:color w:val="FFFFFF"/>
                <w:sz w:val="18"/>
              </w:rPr>
              <w:t>Level</w:t>
            </w:r>
          </w:p>
        </w:tc>
        <w:tc>
          <w:tcPr>
            <w:tcW w:type="dxa" w:w="1008"/>
            <w:shd w:val="clear" w:color="auto" w:fill="0F2240"/>
          </w:tcPr>
          <w:p>
            <w:r/>
            <w:r>
              <w:rPr>
                <w:b/>
                <w:color w:val="FFFFFF"/>
                <w:sz w:val="18"/>
              </w:rPr>
              <w:t>Price $</w:t>
            </w:r>
          </w:p>
        </w:tc>
        <w:tc>
          <w:tcPr>
            <w:tcW w:type="dxa" w:w="864"/>
            <w:shd w:val="clear" w:color="auto" w:fill="0F2240"/>
          </w:tcPr>
          <w:p>
            <w:r/>
            <w:r>
              <w:rPr>
                <w:b/>
                <w:color w:val="FFFFFF"/>
                <w:sz w:val="18"/>
              </w:rPr>
              <w:t>Slots</w:t>
            </w:r>
          </w:p>
        </w:tc>
        <w:tc>
          <w:tcPr>
            <w:tcW w:type="dxa" w:w="1296"/>
            <w:shd w:val="clear" w:color="auto" w:fill="0F2240"/>
          </w:tcPr>
          <w:p>
            <w:r/>
            <w:r>
              <w:rPr>
                <w:b/>
                <w:color w:val="FFFFFF"/>
                <w:sz w:val="18"/>
              </w:rPr>
              <w:t>Expected to sell</w:t>
            </w:r>
          </w:p>
        </w:tc>
        <w:tc>
          <w:tcPr>
            <w:tcW w:type="dxa" w:w="1440"/>
            <w:shd w:val="clear" w:color="auto" w:fill="0F2240"/>
          </w:tcPr>
          <w:p>
            <w:r/>
            <w:r>
              <w:rPr>
                <w:b/>
                <w:color w:val="FFFFFF"/>
                <w:sz w:val="18"/>
              </w:rPr>
              <w:t>Your cost per sponsor $</w:t>
            </w:r>
          </w:p>
        </w:tc>
        <w:tc>
          <w:tcPr>
            <w:tcW w:type="dxa" w:w="1440"/>
            <w:shd w:val="clear" w:color="auto" w:fill="0F2240"/>
          </w:tcPr>
          <w:p>
            <w:r/>
            <w:r>
              <w:rPr>
                <w:b/>
                <w:color w:val="FFFFFF"/>
                <w:sz w:val="18"/>
              </w:rPr>
              <w:t>Expected revenue $</w:t>
            </w:r>
          </w:p>
        </w:tc>
        <w:tc>
          <w:tcPr>
            <w:tcW w:type="dxa" w:w="1440"/>
            <w:shd w:val="clear" w:color="auto" w:fill="0F2240"/>
          </w:tcPr>
          <w:p>
            <w:r/>
            <w:r>
              <w:rPr>
                <w:b/>
                <w:color w:val="FFFFFF"/>
                <w:sz w:val="18"/>
              </w:rPr>
              <w:t>Expected net $</w:t>
            </w:r>
          </w:p>
        </w:tc>
      </w:tr>
      <w:tr>
        <w:trPr>
          <w:trHeight w:val="432"/>
        </w:trPr>
        <w:tc>
          <w:tcPr>
            <w:tcW w:type="dxa" w:w="2304"/>
          </w:tcPr>
          <w:p>
            <w:r/>
            <w:r>
              <w:rPr>
                <w:sz w:val="18"/>
              </w:rPr>
              <w:t>Presenting Sponsor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296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32"/>
        </w:trPr>
        <w:tc>
          <w:tcPr>
            <w:tcW w:type="dxa" w:w="2304"/>
          </w:tcPr>
          <w:p>
            <w:r/>
            <w:r>
              <w:rPr>
                <w:sz w:val="18"/>
              </w:rPr>
              <w:t>Lights Sponsor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296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32"/>
        </w:trPr>
        <w:tc>
          <w:tcPr>
            <w:tcW w:type="dxa" w:w="2304"/>
          </w:tcPr>
          <w:p>
            <w:r/>
            <w:r>
              <w:rPr>
                <w:sz w:val="18"/>
              </w:rPr>
              <w:t>Water Station Sponsor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296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32"/>
        </w:trPr>
        <w:tc>
          <w:tcPr>
            <w:tcW w:type="dxa" w:w="2304"/>
          </w:tcPr>
          <w:p>
            <w:r/>
            <w:r>
              <w:rPr>
                <w:sz w:val="18"/>
              </w:rPr>
              <w:t>Song Sponsor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296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32"/>
        </w:trPr>
        <w:tc>
          <w:tcPr>
            <w:tcW w:type="dxa" w:w="2304"/>
          </w:tcPr>
          <w:p>
            <w:r/>
            <w:r>
              <w:rPr>
                <w:sz w:val="18"/>
              </w:rPr>
              <w:t>Friend of the Dance-a-Thon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296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32"/>
        </w:trPr>
        <w:tc>
          <w:tcPr>
            <w:tcW w:type="dxa" w:w="2304"/>
          </w:tcPr>
          <w:p>
            <w:r/>
            <w:r>
              <w:rPr>
                <w:sz w:val="18"/>
              </w:rPr>
              <w:t>Total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296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r/>
            <w:r>
              <w:rPr>
                <w:sz w:val="18"/>
              </w:rPr>
            </w:r>
          </w:p>
        </w:tc>
      </w:tr>
    </w:tbl>
    <w:p/>
    <w:p>
      <w:r>
        <w:rPr>
          <w:b w:val="0"/>
          <w:i w:val="0"/>
          <w:sz w:val="18"/>
        </w:rPr>
        <w:t>Expected revenue = price × sponsors expected. Expected net = expected revenue − (cost per sponsor × sponsors expected). The sponsorship package builder on Walk-A-Thon.com does this math for you.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E6E84"/>
        <w:sz w:val="16"/>
      </w:rPr>
      <w:t xml:space="preserve">Free from Walk-A-Thon.com · walk-a-thon.com/dance-a-thon    </w:t>
    </w:r>
    <w:r>
      <w:rPr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325880" cy="18914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wordmark-nav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25880" cy="18914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 w:eastAsia="Arial"/>
      <w:color w:val="0F2240"/>
      <w:sz w:val="21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80"/>
      <w:outlineLvl w:val="0"/>
    </w:pPr>
    <w:rPr>
      <w:rFonts w:ascii="Arial" w:hAnsi="Arial"/>
      <w:b/>
      <w:bCs/>
      <w:color w:val="0F224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/>
      <w:b/>
      <w:bCs/>
      <w:color w:val="1C6B15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="Arial" w:hAnsi="Arial"/>
      <w:b/>
      <w:bCs/>
      <w:color w:val="0F224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Dance-a-Thon Sponsorship Proposal</dc:title>
  <dc:subject/>
  <dc:creator>Walk-A-Thon.com</dc:creator>
  <cp:keywords/>
  <dc:description>Free from Walk-A-Thon.com · walk-a-thon.com/dance-a-thon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