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Dance-a-Thon Messages: Emails, Texts and Posts</w:t>
      </w:r>
    </w:p>
    <w:p>
      <w:r>
        <w:rPr>
          <w:i/>
          <w:color w:val="3E5568"/>
          <w:sz w:val="19"/>
        </w:rPr>
        <w:t>Copy, paste and fill in the [brackets]. Send the kickoff message when fundraising opens, the midpoint about halfway through, and the last chance two or three days before the event.</w:t>
      </w:r>
    </w:p>
    <w:p>
      <w:pPr>
        <w:pStyle w:val="Heading2"/>
      </w:pPr>
      <w:r>
        <w:t>When to send what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4320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Message</w:t>
            </w:r>
          </w:p>
        </w:tc>
        <w:tc>
          <w:tcPr>
            <w:tcW w:type="dxa" w:w="5472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When to send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9"/>
              </w:rPr>
              <w:t>Kickoff email and text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The day fundraising opens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9"/>
              </w:rPr>
              <w:t>Social post 1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Kickoff week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9"/>
              </w:rPr>
              <w:t>Midpoint email and text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About halfway through the fundraising window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9"/>
              </w:rPr>
              <w:t>Social post 2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The week before the event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9"/>
              </w:rPr>
              <w:t>Last-chance email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Two or three days before the event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9"/>
              </w:rPr>
              <w:t>Your-total message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The day after the event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9"/>
              </w:rPr>
              <w:t>Social post 3 and thank-you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Within a week of the event</w:t>
            </w:r>
          </w:p>
        </w:tc>
      </w:tr>
    </w:tbl>
    <w:p/>
    <w:p>
      <w:pPr>
        <w:pStyle w:val="Heading2"/>
      </w:pPr>
      <w:r>
        <w:t>Donation emails</w:t>
      </w:r>
    </w:p>
    <w:p>
      <w:pPr>
        <w:pStyle w:val="Heading3"/>
      </w:pPr>
      <w:r>
        <w:t>Email 1: Kickoff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rPr>
                <w:b/>
              </w:rPr>
              <w:t xml:space="preserve">Subject: </w:t>
            </w:r>
            <w:r>
              <w:t>[Dancer] is dancing for [school/group] on [date]: will you join in?</w:t>
            </w:r>
          </w:p>
          <w:p>
            <w:r>
              <w:t>Hi [Name],</w:t>
            </w:r>
          </w:p>
          <w:p>
            <w:r>
              <w:t>On [date], [Dancer] will dance at the [event name] to raise money for [specific purpose]. Our goal is [$ goal].</w:t>
            </w:r>
          </w:p>
          <w:p>
            <w:r>
              <w:t>You can give a flat amount, or pledge per song (or per hour) with a cap so you know the most you will pay. Per-song math: $[rate] per song × about [number] songs = $[amount], never more than your cap.</w:t>
            </w:r>
          </w:p>
          <w:p>
            <w:r>
              <w:t>Give online: [link or instructions]. Or send a check payable to [payee] by [date].</w:t>
            </w:r>
          </w:p>
          <w:p>
            <w:r>
              <w:t>Thank you for cheering [Dancer] on!</w:t>
            </w:r>
          </w:p>
          <w:p>
            <w:r>
              <w:t>[Your name]</w:t>
            </w:r>
          </w:p>
        </w:tc>
      </w:tr>
    </w:tbl>
    <w:p/>
    <w:p>
      <w:pPr>
        <w:pStyle w:val="Heading3"/>
      </w:pPr>
      <w:r>
        <w:t>Email 2: Midpoint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rPr>
                <w:b/>
              </w:rPr>
              <w:t xml:space="preserve">Subject: </w:t>
            </w:r>
            <w:r>
              <w:t>We're [halfway / partway] to our dance-a-thon goal</w:t>
            </w:r>
          </w:p>
          <w:p>
            <w:r>
              <w:t>Hi [Name],</w:t>
            </w:r>
          </w:p>
          <w:p>
            <w:r>
              <w:t>Thanks to families and friends, [school/group] has raised [$ amount so far] toward our [$ goal] goal for [purpose]. [Dancer] is practicing [the signature move / a favorite song] for [date].</w:t>
            </w:r>
          </w:p>
          <w:p>
            <w:r>
              <w:t>If you'd like to give, a flat gift or a per-song pledge both help: [link or instructions].</w:t>
            </w:r>
          </w:p>
          <w:p>
            <w:r>
              <w:t>Thank you!</w:t>
            </w:r>
          </w:p>
          <w:p>
            <w:r>
              <w:t>[Your name]</w:t>
            </w:r>
          </w:p>
        </w:tc>
      </w:tr>
    </w:tbl>
    <w:p/>
    <w:p>
      <w:pPr>
        <w:pStyle w:val="Heading3"/>
      </w:pPr>
      <w:r>
        <w:t>Email 3: Last chance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rPr>
                <w:b/>
              </w:rPr>
              <w:t xml:space="preserve">Subject: </w:t>
            </w:r>
            <w:r>
              <w:t>[Number] days until the dance-a-thon</w:t>
            </w:r>
          </w:p>
          <w:p>
            <w:r>
              <w:t>Hi [Name],</w:t>
            </w:r>
          </w:p>
          <w:p>
            <w:r>
              <w:t>The [event name] is on [date]. If you'd like to support [Dancer], today is a great day to do it: [link or instructions].</w:t>
            </w:r>
          </w:p>
          <w:p>
            <w:r>
              <w:t>Pledging per song? Choose your rate and a cap. After the event we'll send you the number of songs [Dancer] danced and the total.</w:t>
            </w:r>
          </w:p>
          <w:p>
            <w:r>
              <w:t>Thank you!</w:t>
            </w:r>
          </w:p>
          <w:p>
            <w:r>
              <w:t>[Your name]</w:t>
            </w:r>
          </w:p>
        </w:tc>
      </w:tr>
    </w:tbl>
    <w:p/>
    <w:p>
      <w:pPr>
        <w:pStyle w:val="Heading3"/>
      </w:pPr>
      <w:r>
        <w:t>After the event: your total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rPr>
                <w:b/>
              </w:rPr>
              <w:t xml:space="preserve">Subject: </w:t>
            </w:r>
            <w:r>
              <w:t>[Dancer] danced [number] songs: your pledge total</w:t>
            </w:r>
          </w:p>
          <w:p>
            <w:r>
              <w:t>Hi [Name],</w:t>
            </w:r>
          </w:p>
          <w:p>
            <w:r>
              <w:t>Thank you for pledging! [Dancer] danced [number] songs [or hours] at the [event name].</w:t>
            </w:r>
          </w:p>
          <w:p>
            <w:r>
              <w:t>Your pledge: $[rate] per song × [number] songs = $[amount] (your cap: $[cap]). Amount due: $[amount due].</w:t>
            </w:r>
          </w:p>
          <w:p>
            <w:r>
              <w:t>Please give by [date]: [link or instructions], or a check payable to [payee].</w:t>
            </w:r>
          </w:p>
          <w:p>
            <w:r>
              <w:t>Thank you for helping us raise money for [purpose]!</w:t>
            </w:r>
          </w:p>
          <w:p>
            <w:r>
              <w:t>[Your name]</w:t>
            </w:r>
          </w:p>
        </w:tc>
      </w:tr>
    </w:tbl>
    <w:p/>
    <w:p>
      <w:pPr>
        <w:pStyle w:val="Heading2"/>
      </w:pPr>
      <w:r>
        <w:t>Text messages</w:t>
      </w:r>
    </w:p>
    <w:p>
      <w:pPr>
        <w:pStyle w:val="Heading3"/>
      </w:pPr>
      <w:r>
        <w:t>Text 1: Kickoff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Hi [Name]! [Dancer] is dancing at our [event name] on [date] for [purpose]. Would you pledge $[rate] per song (up to $[cap])? At about [number] songs that's $[amount]. Details: [link or instructions]</w:t>
            </w:r>
          </w:p>
        </w:tc>
      </w:tr>
    </w:tbl>
    <w:p/>
    <w:p>
      <w:pPr>
        <w:pStyle w:val="Heading3"/>
      </w:pPr>
      <w:r>
        <w:t>Text 2: Reminder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Quick reminder: [Dancer]'s dance-a-thon is [day]. Flat gifts and per-song pledges both help. $[rate] × [number] songs = $[amount], capped at $[cap]. [link or instructions]</w:t>
            </w:r>
          </w:p>
        </w:tc>
      </w:tr>
    </w:tbl>
    <w:p/>
    <w:p>
      <w:pPr>
        <w:pStyle w:val="Heading3"/>
      </w:pPr>
      <w:r>
        <w:t>Text 3: Your total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[Dancer] danced [number] songs! At $[rate] per song your pledge comes to $[amount] (cap $[cap]). You can give here: [link or instructions], or a check to [payee]. Thank you!</w:t>
            </w:r>
          </w:p>
        </w:tc>
      </w:tr>
    </w:tbl>
    <w:p/>
    <w:p>
      <w:pPr>
        <w:pStyle w:val="Heading2"/>
      </w:pPr>
      <w:r>
        <w:t>Social media posts</w:t>
      </w:r>
    </w:p>
    <w:p>
      <w:pPr>
        <w:pStyle w:val="Heading3"/>
      </w:pPr>
      <w:r>
        <w:t>Post 1: Announcement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Mark your calendars! Our [event name] is on [date] at [location]. Dancers will raise money for [purpose], and everyone gets to dance. Ask a dancer how to give, or visit [link or instructions]. [#SchoolName]</w:t>
            </w:r>
          </w:p>
        </w:tc>
      </w:tr>
    </w:tbl>
    <w:p/>
    <w:p>
      <w:pPr>
        <w:pStyle w:val="Heading3"/>
      </w:pPr>
      <w:r>
        <w:t>Post 2: Preview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Practice time! Here's a sneak peek of the move we'll all do at the [event name] on [date]. [Video or photo; follow your photo-permission list] Thank you to [sponsor names] for helping make it happen.</w:t>
            </w:r>
          </w:p>
        </w:tc>
      </w:tr>
    </w:tbl>
    <w:p/>
    <w:p>
      <w:pPr>
        <w:pStyle w:val="Heading3"/>
      </w:pPr>
      <w:r>
        <w:t>Post 3: Thank you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What a night [or day]! [Number] dancers, [number] songs and a whole lot of fun. Thanks to every donor, sponsor, volunteer and staff member. Together we raised [$ amount, after it is counted] for [purpose].</w:t>
            </w:r>
          </w:p>
        </w:tc>
      </w:tr>
    </w:tbl>
    <w:p/>
    <w:p>
      <w:pPr>
        <w:pStyle w:val="Heading2"/>
      </w:pPr>
      <w:r>
        <w:t>Thank-you message</w:t>
      </w:r>
    </w:p>
    <w:p>
      <w:pPr>
        <w:pStyle w:val="Heading3"/>
      </w:pPr>
      <w:r>
        <w:t>Thank-you note to donors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rPr>
                <w:b/>
              </w:rPr>
              <w:t xml:space="preserve">Subject: </w:t>
            </w:r>
            <w:r>
              <w:t>Thank you for supporting the [event name]</w:t>
            </w:r>
          </w:p>
          <w:p>
            <w:r>
              <w:t>Dear [Name],</w:t>
            </w:r>
          </w:p>
          <w:p>
            <w:r>
              <w:t>Thank you for your gift of $[amount] to the [event name]. With your help, [school/group] raised [$ amount] for [purpose], and [Dancer] had a great time on the dance floor.</w:t>
            </w:r>
          </w:p>
          <w:p>
            <w:r>
              <w:t>[If you are a tax-exempt organization: [Organization] is a [tax status] organization. No goods or services were provided in exchange for this gift.] [Delete if it does not apply.]</w:t>
            </w:r>
          </w:p>
          <w:p>
            <w:r>
              <w:t>With thanks,</w:t>
            </w:r>
          </w:p>
          <w:p>
            <w:r>
              <w:t>[Name, title]</w:t>
            </w:r>
          </w:p>
        </w:tc>
      </w:tr>
    </w:tbl>
    <w:p/>
    <w:p>
      <w:r>
        <w:rPr>
          <w:b w:val="0"/>
          <w:i/>
          <w:color w:val="3E5568"/>
          <w:sz w:val="18"/>
        </w:rPr>
        <w:t>Tips: use the dancer's first name only, never post a child's full name or classroom with a photo, and check your photo-permission list before sharing any image.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E6E84"/>
        <w:sz w:val="16"/>
      </w:rPr>
      <w:t xml:space="preserve">Free from Walk-A-Thon.com · walk-a-thon.com/dance-a-thon    </w:t>
    </w: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325880" cy="18914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rdmark-nav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18914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color w:val="0F2240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/>
      <w:outlineLvl w:val="0"/>
    </w:pPr>
    <w:rPr>
      <w:rFonts w:ascii="Arial" w:hAnsi="Arial"/>
      <w:b/>
      <w:bCs/>
      <w:color w:val="0F224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/>
      <w:b/>
      <w:bCs/>
      <w:color w:val="1C6B1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Arial" w:hAnsi="Arial"/>
      <w:b/>
      <w:bCs/>
      <w:color w:val="0F224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Dance-a-Thon Messages: Emails, Texts and Posts</dc:title>
  <dc:subject/>
  <dc:creator>Walk-A-Thon.com</dc:creator>
  <cp:keywords/>
  <dc:description>Free from Walk-A-Thon.com · walk-a-thon.com/dance-a-thon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