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Mensajes del Bailatón: Correos, Textos y Publicaciones</w:t>
      </w:r>
    </w:p>
    <w:p>
      <w:r>
        <w:rPr>
          <w:i/>
          <w:color w:val="3E5568"/>
          <w:sz w:val="19"/>
        </w:rPr>
        <w:t>Copie, pegue y complete los [corchetes]. Envíe el mensaje de inicio cuando abra la recaudación, el de mitad de campaña a la mitad del periodo y el de última oportunidad dos o tres días antes del evento.</w:t>
      </w:r>
    </w:p>
    <w:p>
      <w:pPr>
        <w:pStyle w:val="Heading2"/>
      </w:pPr>
      <w:r>
        <w:t>Cuándo enviar cada mensaje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4320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Mensaje</w:t>
            </w:r>
          </w:p>
        </w:tc>
        <w:tc>
          <w:tcPr>
            <w:tcW w:type="dxa" w:w="5472"/>
            <w:shd w:val="clear" w:color="auto" w:fill="0F2240"/>
          </w:tcPr>
          <w:p>
            <w:r/>
            <w:r>
              <w:rPr>
                <w:b/>
                <w:color w:val="FFFFFF"/>
                <w:sz w:val="19"/>
              </w:rPr>
              <w:t>Cuándo enviarlo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9"/>
              </w:rPr>
              <w:t>Correo y texto de inicio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El día que abre la recaudación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9"/>
              </w:rPr>
              <w:t>Publicación 1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La semana de inicio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9"/>
              </w:rPr>
              <w:t>Correo y texto de mitad de campaña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A la mitad del periodo de recaudación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9"/>
              </w:rPr>
              <w:t>Publicación 2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La semana antes del evento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9"/>
              </w:rPr>
              <w:t>Correo de última oportunidad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Dos o tres días antes del evento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9"/>
              </w:rPr>
              <w:t>Mensaje con su total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El día después del evento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9"/>
              </w:rPr>
              <w:t>Publicación 3 y agradecimiento</w:t>
            </w:r>
          </w:p>
        </w:tc>
        <w:tc>
          <w:tcPr>
            <w:tcW w:type="dxa" w:w="5472"/>
          </w:tcPr>
          <w:p>
            <w:r/>
            <w:r>
              <w:rPr>
                <w:sz w:val="19"/>
              </w:rPr>
              <w:t>Durante la semana después del evento</w:t>
            </w:r>
          </w:p>
        </w:tc>
      </w:tr>
    </w:tbl>
    <w:p/>
    <w:p>
      <w:pPr>
        <w:pStyle w:val="Heading2"/>
      </w:pPr>
      <w:r>
        <w:t>Correos para pedir donaciones</w:t>
      </w:r>
    </w:p>
    <w:p>
      <w:pPr>
        <w:pStyle w:val="Heading3"/>
      </w:pPr>
      <w:r>
        <w:t>Correo 1: Inicio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rPr>
                <w:b/>
              </w:rPr>
              <w:t xml:space="preserve">Asunto: </w:t>
            </w:r>
            <w:r>
              <w:t>[Nombre del bailarín] bailará por [escuela/grupo] el [fecha]: ¿nos acompaña?</w:t>
            </w:r>
          </w:p>
          <w:p>
            <w:r>
              <w:t>Hola, [Nombre]:</w:t>
            </w:r>
          </w:p>
          <w:p>
            <w:r>
              <w:t>El [fecha], [nombre del bailarín] bailará en el [nombre del evento] para recaudar fondos para [propósito específico]. Nuestra meta es [$ meta].</w:t>
            </w:r>
          </w:p>
          <w:p>
            <w:r>
              <w:t>Puede dar una cantidad fija o prometer por canción (o por hora) con un límite, para que sepa lo máximo que pagará. Cálculo por canción: $[cantidad] por canción × unas [número] canciones = $[total], nunca más que su límite.</w:t>
            </w:r>
          </w:p>
          <w:p>
            <w:r>
              <w:t>Done en línea: [enlace o instrucciones]. O envíe un cheque a nombre de [beneficiario] antes del [fecha].</w:t>
            </w:r>
          </w:p>
          <w:p>
            <w:r>
              <w:t>¡Gracias por animar a [nombre del bailarín]!</w:t>
            </w:r>
          </w:p>
          <w:p>
            <w:r>
              <w:t>[Su nombre]</w:t>
            </w:r>
          </w:p>
        </w:tc>
      </w:tr>
    </w:tbl>
    <w:p/>
    <w:p>
      <w:pPr>
        <w:pStyle w:val="Heading3"/>
      </w:pPr>
      <w:r>
        <w:t>Correo 2: Mitad de campaña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rPr>
                <w:b/>
              </w:rPr>
              <w:t xml:space="preserve">Asunto: </w:t>
            </w:r>
            <w:r>
              <w:t>Vamos [a la mitad / avanzando] hacia la meta del bailatón</w:t>
            </w:r>
          </w:p>
          <w:p>
            <w:r>
              <w:t>Hola, [Nombre]:</w:t>
            </w:r>
          </w:p>
          <w:p>
            <w:r>
              <w:t>Gracias a familias y amigos, [escuela/grupo] ha recaudado [$ cantidad hasta ahora] de nuestra meta de [$ meta] para [propósito]. [Nombre del bailarín] está practicando [el paso especial / una canción favorita] para el [fecha].</w:t>
            </w:r>
          </w:p>
          <w:p>
            <w:r>
              <w:t>Si desea donar, una donación fija o una promesa por canción ayudan por igual: [enlace o instrucciones].</w:t>
            </w:r>
          </w:p>
          <w:p>
            <w:r>
              <w:t>¡Gracias!</w:t>
            </w:r>
          </w:p>
          <w:p>
            <w:r>
              <w:t>[Su nombre]</w:t>
            </w:r>
          </w:p>
        </w:tc>
      </w:tr>
    </w:tbl>
    <w:p/>
    <w:p>
      <w:pPr>
        <w:pStyle w:val="Heading3"/>
      </w:pPr>
      <w:r>
        <w:t>Correo 3: Última oportunidad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rPr>
                <w:b/>
              </w:rPr>
              <w:t xml:space="preserve">Asunto: </w:t>
            </w:r>
            <w:r>
              <w:t>Faltan [número] días para el bailatón</w:t>
            </w:r>
          </w:p>
          <w:p>
            <w:r>
              <w:t>Hola, [Nombre]:</w:t>
            </w:r>
          </w:p>
          <w:p>
            <w:r>
              <w:t>El [nombre del evento] es el [fecha]. Si desea apoyar a [nombre del bailarín], hoy es un gran día para hacerlo: [enlace o instrucciones].</w:t>
            </w:r>
          </w:p>
          <w:p>
            <w:r>
              <w:t>¿Va a prometer por canción? Elija su cantidad y un límite. Después del evento le enviaremos cuántas canciones bailó [nombre del bailarín] y el total.</w:t>
            </w:r>
          </w:p>
          <w:p>
            <w:r>
              <w:t>¡Gracias!</w:t>
            </w:r>
          </w:p>
          <w:p>
            <w:r>
              <w:t>[Su nombre]</w:t>
            </w:r>
          </w:p>
        </w:tc>
      </w:tr>
    </w:tbl>
    <w:p/>
    <w:p>
      <w:pPr>
        <w:pStyle w:val="Heading3"/>
      </w:pPr>
      <w:r>
        <w:t>Después del evento: su total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rPr>
                <w:b/>
              </w:rPr>
              <w:t xml:space="preserve">Asunto: </w:t>
            </w:r>
            <w:r>
              <w:t>[Nombre del bailarín] bailó [número] canciones: el total de su promesa</w:t>
            </w:r>
          </w:p>
          <w:p>
            <w:r>
              <w:t>Hola, [Nombre]:</w:t>
            </w:r>
          </w:p>
          <w:p>
            <w:r>
              <w:t>¡Gracias por su promesa! [Nombre del bailarín] bailó [número] canciones [u horas] en el [nombre del evento].</w:t>
            </w:r>
          </w:p>
          <w:p>
            <w:r>
              <w:t>Su promesa: $[cantidad] por canción × [número] canciones = $[total] (su límite: $[límite]). Cantidad a pagar: $[cantidad a pagar].</w:t>
            </w:r>
          </w:p>
          <w:p>
            <w:r>
              <w:t>Por favor done antes del [fecha]: [enlace o instrucciones], o con un cheque a nombre de [beneficiario].</w:t>
            </w:r>
          </w:p>
          <w:p>
            <w:r>
              <w:t>¡Gracias por ayudarnos a recaudar fondos para [propósito]!</w:t>
            </w:r>
          </w:p>
          <w:p>
            <w:r>
              <w:t>[Su nombre]</w:t>
            </w:r>
          </w:p>
        </w:tc>
      </w:tr>
    </w:tbl>
    <w:p/>
    <w:p>
      <w:pPr>
        <w:pStyle w:val="Heading2"/>
      </w:pPr>
      <w:r>
        <w:t>Mensajes de texto</w:t>
      </w:r>
    </w:p>
    <w:p>
      <w:pPr>
        <w:pStyle w:val="Heading3"/>
      </w:pPr>
      <w:r>
        <w:t>Texto 1: Inicio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¡Hola, [Nombre]! [Nombre del bailarín] bailará en nuestro [nombre del evento] el [fecha] para [propósito]. ¿Prometería $[cantidad] por canción (hasta $[límite])? Con unas [número] canciones serían $[total]. Detalles: [enlace o instrucciones]</w:t>
            </w:r>
          </w:p>
        </w:tc>
      </w:tr>
    </w:tbl>
    <w:p/>
    <w:p>
      <w:pPr>
        <w:pStyle w:val="Heading3"/>
      </w:pPr>
      <w:r>
        <w:t>Texto 2: Recordatorio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Recordatorio: el bailatón de [nombre del bailarín] es el [día]. Las donaciones fijas y las promesas por canción ayudan. $[cantidad] × [número] canciones = $[total], con límite de $[límite]. [enlace o instrucciones]</w:t>
            </w:r>
          </w:p>
        </w:tc>
      </w:tr>
    </w:tbl>
    <w:p/>
    <w:p>
      <w:pPr>
        <w:pStyle w:val="Heading3"/>
      </w:pPr>
      <w:r>
        <w:t>Texto 3: Su total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¡[Nombre del bailarín] bailó [número] canciones! A $[cantidad] por canción, su promesa es de $[total] (límite $[límite]). Puede donar aquí: [enlace o instrucciones], o con un cheque a nombre de [beneficiario]. ¡Gracias!</w:t>
            </w:r>
          </w:p>
        </w:tc>
      </w:tr>
    </w:tbl>
    <w:p/>
    <w:p>
      <w:pPr>
        <w:pStyle w:val="Heading2"/>
      </w:pPr>
      <w:r>
        <w:t>Publicaciones para redes sociales</w:t>
      </w:r>
    </w:p>
    <w:p>
      <w:pPr>
        <w:pStyle w:val="Heading3"/>
      </w:pPr>
      <w:r>
        <w:t>Publicación 1: Anuncio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¡Apártenlo en su calendario! Nuestro [nombre del evento] será el [fecha] en [lugar]. Los bailarines recaudarán fondos para [propósito], y todos podrán bailar. Pregunte a un bailarín cómo donar o visite [enlace o instrucciones]. [#NombreDeLaEscuela]</w:t>
            </w:r>
          </w:p>
        </w:tc>
      </w:tr>
    </w:tbl>
    <w:p/>
    <w:p>
      <w:pPr>
        <w:pStyle w:val="Heading3"/>
      </w:pPr>
      <w:r>
        <w:t>Publicación 2: Adelanto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¡A practicar! Aquí tienen un adelanto del paso que todos haremos en el [nombre del evento] el [fecha]. [Video o foto; respete la lista de permisos de fotos] Gracias a [nombres de patrocinadores] por hacerlo posible.</w:t>
            </w:r>
          </w:p>
        </w:tc>
      </w:tr>
    </w:tbl>
    <w:p/>
    <w:p>
      <w:pPr>
        <w:pStyle w:val="Heading3"/>
      </w:pPr>
      <w:r>
        <w:t>Publicación 3: Gracias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t>¡Qué gran [noche / día]! [Número] bailarines, [número] canciones y mucha diversión. Gracias a cada donante, patrocinador, voluntario y miembro del personal. Juntos recaudamos [$ cantidad, después del conteo] para [propósito].</w:t>
            </w:r>
          </w:p>
        </w:tc>
      </w:tr>
    </w:tbl>
    <w:p/>
    <w:p>
      <w:pPr>
        <w:pStyle w:val="Heading2"/>
      </w:pPr>
      <w:r>
        <w:t>Mensaje de agradecimiento</w:t>
      </w:r>
    </w:p>
    <w:p>
      <w:pPr>
        <w:pStyle w:val="Heading3"/>
      </w:pPr>
      <w:r>
        <w:t>Nota de agradecimiento a donantes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4F8F2"/>
          </w:tcPr>
          <w:p>
            <w:r/>
            <w:r>
              <w:rPr>
                <w:b/>
              </w:rPr>
              <w:t xml:space="preserve">Asunto: </w:t>
            </w:r>
            <w:r>
              <w:t>Gracias por apoyar el [nombre del evento]</w:t>
            </w:r>
          </w:p>
          <w:p>
            <w:r>
              <w:t>Estimado(a) [Nombre]:</w:t>
            </w:r>
          </w:p>
          <w:p>
            <w:r>
              <w:t>Gracias por su donación de $[cantidad] al [nombre del evento]. Con su ayuda, [escuela/grupo] recaudó [$ cantidad] para [propósito], y [nombre del bailarín] la pasó muy bien en la pista.</w:t>
            </w:r>
          </w:p>
          <w:p>
            <w:r>
              <w:t>[Si su organización está exenta de impuestos: [Organización] es una organización [estatus fiscal]. No se entregaron bienes ni servicios a cambio de esta donación.] [Bórrelo si no aplica.]</w:t>
            </w:r>
          </w:p>
          <w:p>
            <w:r>
              <w:t>Con agradecimiento,</w:t>
            </w:r>
          </w:p>
          <w:p>
            <w:r>
              <w:t>[Nombre, cargo]</w:t>
            </w:r>
          </w:p>
        </w:tc>
      </w:tr>
    </w:tbl>
    <w:p/>
    <w:p>
      <w:r>
        <w:rPr>
          <w:b w:val="0"/>
          <w:i/>
          <w:color w:val="3E5568"/>
          <w:sz w:val="18"/>
        </w:rPr>
        <w:t>Consejos: use solo el primer nombre del bailarín, nunca publique el nombre completo ni el salón de un niño junto con una foto, y revise la lista de permisos de fotos antes de compartir cualquier imagen.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E6E84"/>
        <w:sz w:val="16"/>
      </w:rPr>
      <w:t xml:space="preserve">Free from Walk-A-Thon.com · walk-a-thon.com/dance-a-thon    </w:t>
    </w:r>
    <w:r>
      <w:rPr>
        <w:sz w:val="16"/>
      </w:rPr>
      <w:fldChar w:fldCharType="begin"/>
      <w:instrText xml:space="preserve">PAGE</w:instrText>
      <w:fldChar w:fldCharType="end"/>
    </w:r>
  </w:p>
  <w:p>
    <w:r>
      <w:rPr>
        <w:color w:val="5E6E84"/>
        <w:sz w:val="14"/>
      </w:rPr>
      <w:t>Traducción pendiente de revisión por un hablante nativo.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325880" cy="18914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rdmark-nav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18914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color w:val="0F2240"/>
      <w:sz w:val="21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/>
      <w:outlineLvl w:val="0"/>
    </w:pPr>
    <w:rPr>
      <w:rFonts w:ascii="Arial" w:hAnsi="Arial"/>
      <w:b/>
      <w:bCs/>
      <w:color w:val="0F224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/>
      <w:b/>
      <w:bCs/>
      <w:color w:val="1C6B1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Arial" w:hAnsi="Arial"/>
      <w:b/>
      <w:bCs/>
      <w:color w:val="0F224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Mensajes del Bailatón: Correos, Textos y Publicaciones</dc:title>
  <dc:subject/>
  <dc:creator>Walk-A-Thon.com</dc:creator>
  <cp:keywords/>
  <dc:description>Free from Walk-A-Thon.com · walk-a-thon.com/dance-a-thon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