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2942"/>
          <w:sz w:val="34"/>
        </w:rPr>
        <w:t>Thank-you letters</w:t>
      </w:r>
    </w:p>
    <w:p>
      <w:r>
        <w:rPr>
          <w:b/>
          <w:color w:val="0B2942"/>
          <w:sz w:val="26"/>
        </w:rPr>
        <w:t>To donors</w:t>
      </w:r>
    </w:p>
    <w:p>
      <w:r>
        <w:t>Dear [NAME],</w:t>
        <w:br/>
        <w:br/>
        <w:t>Thank you for supporting [PARTICIPANT FIRST NAME] in our color run. Together, [NUMBER] participants and their supporters raised [TOTAL] for [WHAT IT FUNDS]. [ONE SENTENCE ON WHAT THE MONEY WILL DO, E.G. THE NEW READING NOOK IN EVERY K–2 CLASSROOM.]</w:t>
        <w:br/>
        <w:br/>
        <w:t>[IF $250 OR MORE: This letter confirms your gift of [AMOUNT] on [DATE]. No goods or services were provided in exchange.]</w:t>
        <w:br/>
        <w:br/>
        <w:t>With thanks,</w:t>
        <w:br/>
        <w:t>[NAME], [SCHOOL OR GROUP]</w:t>
      </w:r>
    </w:p>
    <w:p>
      <w:r>
        <w:rPr>
          <w:b/>
          <w:color w:val="0B2942"/>
          <w:sz w:val="26"/>
        </w:rPr>
        <w:t>To sponsors</w:t>
      </w:r>
    </w:p>
    <w:p>
      <w:r>
        <w:t>Dear [CONTACT NAME],</w:t>
        <w:br/>
        <w:br/>
        <w:t>Thank you for sponsoring [STATION OR LEVEL] at our color run on [DATE]. Your support covered [WHAT IT PAID FOR], so families' gifts went straight to [WHAT IT FUNDS]. We raised [TOTAL]. [OPTIONAL: A photo of your station is attached; you are welcome to share it.]</w:t>
        <w:br/>
        <w:br/>
        <w:t>[IF REQUIRED: This letter acknowledges your payment of [AMOUNT] on [DATE]. In return, we provided [DESCRIBE RECOGNITION].]</w:t>
        <w:br/>
        <w:br/>
        <w:t>Gratefully,</w:t>
        <w:br/>
        <w:t>[NAME], [SCHOOL OR GROUP]</w:t>
      </w:r>
    </w:p>
    <w:p>
      <w:r>
        <w:rPr>
          <w:b/>
          <w:color w:val="0B2942"/>
          <w:sz w:val="26"/>
        </w:rPr>
        <w:t>To volunteers</w:t>
      </w:r>
    </w:p>
    <w:p>
      <w:r>
        <w:t>Dear [NAME],</w:t>
        <w:br/>
        <w:br/>
        <w:t>Thank you for working the [ROLE] at our color run. [NUMBER] participants made it through every station safely, and the site was clean before the last car left. We raised [TOTAL] for [WHAT IT FUNDS], and it would not have happened without you.</w:t>
        <w:br/>
        <w:br/>
        <w:t>See you next year,</w:t>
        <w:br/>
        <w:t>[NAME], [SCHOOL OR GROUP]</w:t>
      </w:r>
    </w:p>
    <w:sectPr w:rsidR="00FC693F" w:rsidRPr="0006063C" w:rsidSect="00034616">
      <w:footerReference w:type="default" r:id="rId9"/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Template from walk-a-thon.com/color-run. Delete this line before sending.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Color run thank-you letters</dc:title>
  <dc:subject/>
  <dc:creator>Walk-A-Thon.com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