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942"/>
          <w:sz w:val="34"/>
        </w:rPr>
        <w:t>Sponsorship request: [SCHOOL OR GROUP] color run</w:t>
      </w:r>
    </w:p>
    <w:p>
      <w:r>
        <w:t>[DATE]</w:t>
        <w:br/>
        <w:br/>
        <w:t>[BUSINESS NAME]</w:t>
        <w:br/>
        <w:t>[ADDRESS]</w:t>
      </w:r>
    </w:p>
    <w:p>
      <w:r>
        <w:t>Dear [CONTACT NAME],</w:t>
      </w:r>
    </w:p>
    <w:p>
      <w:r>
        <w:t>On [EVENT DATE], about [NUMBER] students and families will take part in [SCHOOL OR GROUP]'s color run at [PLACE]. The event raises money for [WHAT IT FUNDS]. We are asking a few local businesses to sponsor it.</w:t>
      </w:r>
    </w:p>
    <w:p>
      <w:r>
        <w:t>Sponsorships pay for the event's costs, so every dollar families give goes straight to [WHAT IT FUNDS]. Here is what we can offer:</w:t>
      </w:r>
    </w:p>
    <w:p>
      <w:pPr>
        <w:pStyle w:val="ListBullet"/>
      </w:pPr>
      <w:r>
        <w:t>Color station sponsor, [AMOUNT]: your business name on a sign at one color station, and a thank-you in our family newsletter and on social media.</w:t>
      </w:r>
    </w:p>
    <w:p>
      <w:pPr>
        <w:pStyle w:val="ListBullet"/>
      </w:pPr>
      <w:r>
        <w:t>Finish line sponsor, [AMOUNT]: your name on the finish banner and in every event announcement.</w:t>
      </w:r>
    </w:p>
    <w:p>
      <w:pPr>
        <w:pStyle w:val="ListBullet"/>
      </w:pPr>
      <w:r>
        <w:t>Supporting sponsor, [AMOUNT] or an in-kind gift: your name on our thank-you sign and in our newsletter.</w:t>
      </w:r>
    </w:p>
    <w:p>
      <w:r>
        <w:t>[IF YOU PRINT SHIRTS: Sponsors at [AMOUNT] and above appear on the event shirt if we hear from you by [SHIRT DEADLINE].]</w:t>
      </w:r>
    </w:p>
    <w:p>
      <w:r>
        <w:t>[GROUP NAME] [is a 501(c)(3) organization, EIN [EIN]] [or: is not a tax-exempt organization; please ask your tax advisor how to treat this payment]. We will send a written acknowledgment for your records.</w:t>
      </w:r>
    </w:p>
    <w:p>
      <w:r>
        <w:t>I'll follow up by phone on [FOLLOW-UP DATE]. You can also reach me at [PHONE OR EMAIL]. Thank you for considering it.</w:t>
      </w:r>
    </w:p>
    <w:p>
      <w:r>
        <w:t>Sincerely,</w:t>
        <w:br/>
        <w:t>[NAME]</w:t>
        <w:br/>
        <w:t>[ROLE], [SCHOOL OR GROUP]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walk-a-thon.com/color-run. Delete this line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 run sponsor request letter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