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Will you support my color run?</w:t>
      </w:r>
    </w:p>
    <w:p>
      <w:r>
        <w:t>Dear [SUPPORTER NAME],</w:t>
      </w:r>
    </w:p>
    <w:p>
      <w:r>
        <w:t>On [DATE], I'm taking part in [SCHOOL OR GROUP]'s color run. We'll walk and run through clouds of color to raise money for [WHAT IT FUNDS]. Our goal is [GOAL].</w:t>
      </w:r>
    </w:p>
    <w:p>
      <w:r>
        <w:t>Would you support me? You can give a flat gift of any amount, or pledge an amount for every lap I complete, up to a limit you choose. For example: $1 a lap up to $20.</w:t>
      </w:r>
    </w:p>
    <w:p>
      <w:r>
        <w:t>[IF ONLINE: You can give at [LINK].] [IF PAPER: You can send a check payable to [PAYEE], or tell me your pledge and I'll add it to my sheet.] All gifts are due by [DEADLINE]. If you pledge per lap, I'll let you know my final count after the event.</w:t>
      </w:r>
    </w:p>
    <w:p>
      <w:r>
        <w:t>[IF THE GROUP IS A 501(c)(3): [GROUP NAME] is a 501(c)(3) organization; gifts may be tax-deductible. A receipt is provided for gifts of $250 or more.]</w:t>
      </w:r>
    </w:p>
    <w:p>
      <w:r>
        <w:t>Thank you!</w:t>
        <w:br/>
        <w:t>[PARTICIPANT FIRST NAME] and family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walk-a-thon.com/color-run. Delete this line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 run donation request letter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