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942"/>
          <w:sz w:val="34"/>
        </w:rPr>
        <w:t>Cartas de agradecimiento</w:t>
      </w:r>
    </w:p>
    <w:p>
      <w:r>
        <w:rPr>
          <w:b/>
          <w:color w:val="0B2942"/>
          <w:sz w:val="26"/>
        </w:rPr>
        <w:t>Para donantes</w:t>
      </w:r>
    </w:p>
    <w:p>
      <w:r>
        <w:t>[ESTIMADO/ESTIMADA] [NOMBRE]:</w:t>
        <w:br/>
        <w:br/>
        <w:t>Gracias por apoyar a [PRIMER NOMBRE DEL PARTICIPANTE] en nuestra carrera de colores. Entre todos, [NÚMERO] participantes y las personas que los apoyaron recaudaron [TOTAL] para [PARA QUÉ ES EL DINERO]. [UNA ORACIÓN SOBRE LO QUE SE HARÁ CON EL DINERO; POR EJEMPLO: UN RINCÓN DE LECTURA NUEVO EN CADA SALÓN DE KÍNDER A 2.º GRADO.]</w:t>
        <w:br/>
        <w:br/>
        <w:t>[SI LA DONACIÓN ES DE $250 O MÁS: Esta carta confirma su donación de [CANTIDAD], hecha el [FECHA]. No se entregaron bienes ni servicios a cambio de esta donación.]</w:t>
        <w:br/>
        <w:br/>
        <w:t>Con mucho agradecimiento,</w:t>
        <w:br/>
        <w:t>[NOMBRE], [ESCUELA O GRUPO]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 de walk-a-thon.com/color-run. Borre esta línea antes de enviar la carta.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  <w:lang w:val="es-US" w:eastAsia="es-US" w:bidi="es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agradecimiento (carrera de colores)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es-US</dc:language>
</cp:coreProperties>
</file>